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3E84" w:rsidRDefault="007D3E84">
      <w:pPr>
        <w:autoSpaceDE w:val="0"/>
        <w:autoSpaceDN w:val="0"/>
        <w:spacing w:after="78" w:line="220" w:lineRule="exact"/>
      </w:pPr>
    </w:p>
    <w:p w:rsidR="007D3E84" w:rsidRDefault="007D3E84">
      <w:r>
        <w:br w:type="page"/>
      </w:r>
      <w:r w:rsidRPr="007D3E84">
        <w:rPr>
          <w:noProof/>
          <w:lang w:val="ru-RU" w:eastAsia="ru-RU"/>
        </w:rPr>
        <w:lastRenderedPageBreak/>
        <w:drawing>
          <wp:inline distT="0" distB="0" distL="0" distR="0">
            <wp:extent cx="5962650" cy="8834755"/>
            <wp:effectExtent l="0" t="0" r="0" b="4445"/>
            <wp:docPr id="1" name="Рисунок 1" descr="E:\ТитульникиРабПрогр5клСканы27.09.22\img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итульникиРабПрогр5клСканы27.09.22\img8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83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18A" w:rsidRDefault="00FD218A">
      <w:pPr>
        <w:autoSpaceDE w:val="0"/>
        <w:autoSpaceDN w:val="0"/>
        <w:spacing w:after="78" w:line="220" w:lineRule="exact"/>
      </w:pPr>
    </w:p>
    <w:p w:rsidR="007D3E84" w:rsidRDefault="007D3E84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</w:pPr>
    </w:p>
    <w:p w:rsidR="007D3E84" w:rsidRDefault="007D3E84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</w:pPr>
    </w:p>
    <w:p w:rsidR="007D3E84" w:rsidRDefault="007D3E84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</w:pPr>
    </w:p>
    <w:p w:rsidR="007D3E84" w:rsidRDefault="007D3E84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</w:pPr>
    </w:p>
    <w:p w:rsidR="007D3E84" w:rsidRDefault="007D3E84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</w:pPr>
    </w:p>
    <w:p w:rsidR="007D3E84" w:rsidRDefault="007D3E84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</w:pPr>
    </w:p>
    <w:p w:rsidR="007D3E84" w:rsidRDefault="007D3E84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</w:pPr>
    </w:p>
    <w:p w:rsidR="007D3E84" w:rsidRDefault="007D3E84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</w:pPr>
    </w:p>
    <w:p w:rsidR="00FD218A" w:rsidRPr="001F0DBF" w:rsidRDefault="007D3E84">
      <w:pPr>
        <w:autoSpaceDE w:val="0"/>
        <w:autoSpaceDN w:val="0"/>
        <w:spacing w:after="0" w:line="230" w:lineRule="auto"/>
        <w:ind w:left="1494"/>
        <w:rPr>
          <w:rFonts w:ascii="Times New Roman" w:hAnsi="Times New Roman" w:cs="Times New Roman"/>
          <w:sz w:val="20"/>
          <w:szCs w:val="20"/>
          <w:lang w:val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 xml:space="preserve">МИНИСТЕРСТВО </w:t>
      </w:r>
      <w:r w:rsidR="002D0CA0"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ПРОСВЕЩЕНИЯ РОССИЙСКОЙ ФЕДЕРАЦИИ</w:t>
      </w:r>
    </w:p>
    <w:p w:rsidR="00FD218A" w:rsidRPr="001F0DBF" w:rsidRDefault="001F0DBF" w:rsidP="00134851">
      <w:pPr>
        <w:autoSpaceDE w:val="0"/>
        <w:autoSpaceDN w:val="0"/>
        <w:spacing w:after="0" w:line="23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 xml:space="preserve">                                                            </w:t>
      </w:r>
      <w:r w:rsidR="002D0CA0"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ПОЯСНИТЕЛЬНАЯ ЗАПИСКА</w:t>
      </w:r>
    </w:p>
    <w:p w:rsidR="00FD218A" w:rsidRPr="001F0DBF" w:rsidRDefault="002D0CA0" w:rsidP="00134851">
      <w:pPr>
        <w:autoSpaceDE w:val="0"/>
        <w:autoSpaceDN w:val="0"/>
        <w:spacing w:before="346" w:after="0" w:line="286" w:lineRule="auto"/>
        <w:ind w:firstLine="18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Рабочая программа по лите</w:t>
      </w:r>
      <w:r w:rsidR="001F0DBF"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ратуре для обучающихся 5 класса</w:t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</w:t>
      </w:r>
      <w:proofErr w:type="spellStart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Минпросвещения</w:t>
      </w:r>
      <w:proofErr w:type="spellEnd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России от 31.05.2021 г.   № 287, зарегистрирован </w:t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Министерством юстиции Российской Федерации 05.07.2021 г., рег. номер — 64101) (далее — ФГОС ООО), а также Примерной 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:rsidR="00FD218A" w:rsidRPr="001F0DBF" w:rsidRDefault="002D0CA0" w:rsidP="00134851">
      <w:pPr>
        <w:autoSpaceDE w:val="0"/>
        <w:autoSpaceDN w:val="0"/>
        <w:spacing w:before="264" w:after="0" w:line="23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ОБЩАЯ ХАРАКТЕРИСТИКА УЧЕБНОГО ПРЕДМЕТА «ЛИТЕРАТУРА»</w:t>
      </w:r>
    </w:p>
    <w:p w:rsidR="00FD218A" w:rsidRPr="001F0DBF" w:rsidRDefault="002D0CA0" w:rsidP="00134851">
      <w:pPr>
        <w:autoSpaceDE w:val="0"/>
        <w:autoSpaceDN w:val="0"/>
        <w:spacing w:before="168" w:after="0"/>
        <w:ind w:right="28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</w:t>
      </w:r>
    </w:p>
    <w:p w:rsidR="00FD218A" w:rsidRPr="001F0DBF" w:rsidRDefault="002D0CA0" w:rsidP="00134851">
      <w:pPr>
        <w:autoSpaceDE w:val="0"/>
        <w:autoSpaceDN w:val="0"/>
        <w:spacing w:before="70" w:after="0" w:line="281" w:lineRule="auto"/>
        <w:ind w:right="28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Особенности литературы как школьного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</w:t>
      </w:r>
    </w:p>
    <w:p w:rsidR="00FD218A" w:rsidRPr="001F0DBF" w:rsidRDefault="002D0CA0" w:rsidP="00134851">
      <w:pPr>
        <w:autoSpaceDE w:val="0"/>
        <w:autoSpaceDN w:val="0"/>
        <w:spacing w:before="70" w:after="0" w:line="271" w:lineRule="auto"/>
        <w:ind w:right="14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</w:t>
      </w:r>
    </w:p>
    <w:p w:rsidR="00FD218A" w:rsidRPr="001F0DBF" w:rsidRDefault="002D0CA0" w:rsidP="00134851">
      <w:pPr>
        <w:autoSpaceDE w:val="0"/>
        <w:autoSpaceDN w:val="0"/>
        <w:spacing w:before="70"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FD218A" w:rsidRPr="001F0DBF" w:rsidRDefault="002D0CA0" w:rsidP="00134851">
      <w:pPr>
        <w:autoSpaceDE w:val="0"/>
        <w:autoSpaceDN w:val="0"/>
        <w:spacing w:before="70" w:after="0" w:line="281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Полноценное литературное образование в основной школе невозможно без учёта преемственности с курсом литературного чтения в начальной школе, </w:t>
      </w:r>
      <w:proofErr w:type="spellStart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межпредметных</w:t>
      </w:r>
      <w:proofErr w:type="spellEnd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связей с курсом русского языка, истории и предметов художественного цикла,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</w:p>
    <w:p w:rsidR="00FD218A" w:rsidRPr="001F0DBF" w:rsidRDefault="002D0CA0" w:rsidP="00134851">
      <w:pPr>
        <w:autoSpaceDE w:val="0"/>
        <w:autoSpaceDN w:val="0"/>
        <w:spacing w:before="72" w:after="0" w:line="281" w:lineRule="auto"/>
        <w:ind w:right="14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литератур народов России и зарубежной литературы. Основные виды деятельности обучающихся перечислены при изучении каждой монографической</w:t>
      </w:r>
      <w:r w:rsid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или обзорной темы и направлен на </w:t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достижение </w:t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планируемых результатов обучения. </w:t>
      </w:r>
    </w:p>
    <w:p w:rsidR="00FD218A" w:rsidRPr="001F0DBF" w:rsidRDefault="002D0CA0" w:rsidP="00134851">
      <w:pPr>
        <w:autoSpaceDE w:val="0"/>
        <w:autoSpaceDN w:val="0"/>
        <w:spacing w:before="262" w:after="0" w:line="23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ЦЕЛИ ИЗУЧЕНИЯ УЧЕБНОГО ПРЕДМЕТА «ЛИТЕРАТУРА»</w:t>
      </w:r>
    </w:p>
    <w:p w:rsidR="00FD218A" w:rsidRPr="001F0DBF" w:rsidRDefault="002D0CA0" w:rsidP="00134851">
      <w:pPr>
        <w:autoSpaceDE w:val="0"/>
        <w:autoSpaceDN w:val="0"/>
        <w:spacing w:before="166" w:after="0" w:line="283" w:lineRule="auto"/>
        <w:ind w:right="14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</w:t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 Достижение указанных целей возможно при решении учебных задач, которые постепенно усложняются от 5 к 9 классу. </w:t>
      </w:r>
    </w:p>
    <w:p w:rsidR="00FD218A" w:rsidRPr="001F0DBF" w:rsidRDefault="00FD218A" w:rsidP="00134851">
      <w:pPr>
        <w:jc w:val="both"/>
        <w:rPr>
          <w:rFonts w:ascii="Times New Roman" w:hAnsi="Times New Roman" w:cs="Times New Roman"/>
          <w:sz w:val="20"/>
          <w:szCs w:val="20"/>
          <w:lang w:val="ru-RU"/>
        </w:rPr>
        <w:sectPr w:rsidR="00FD218A" w:rsidRPr="001F0DBF" w:rsidSect="00D24907">
          <w:pgSz w:w="11900" w:h="16840"/>
          <w:pgMar w:top="298" w:right="650" w:bottom="33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FD218A" w:rsidRPr="001F0DBF" w:rsidRDefault="00FD218A" w:rsidP="00134851">
      <w:pPr>
        <w:autoSpaceDE w:val="0"/>
        <w:autoSpaceDN w:val="0"/>
        <w:spacing w:after="78" w:line="220" w:lineRule="exact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FD218A" w:rsidRPr="001F0DBF" w:rsidRDefault="002D0CA0" w:rsidP="00134851">
      <w:pPr>
        <w:autoSpaceDE w:val="0"/>
        <w:autoSpaceDN w:val="0"/>
        <w:spacing w:after="0" w:line="286" w:lineRule="auto"/>
        <w:ind w:right="28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</w:t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 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</w:p>
    <w:p w:rsidR="00FD218A" w:rsidRPr="001F0DBF" w:rsidRDefault="002D0CA0" w:rsidP="00134851">
      <w:pPr>
        <w:autoSpaceDE w:val="0"/>
        <w:autoSpaceDN w:val="0"/>
        <w:spacing w:before="72" w:after="0" w:line="283" w:lineRule="auto"/>
        <w:ind w:firstLine="18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 произведений, в том числе в процессе участия в различных мероприятиях, посвящённых литературе, чтению, книжной культуре. </w:t>
      </w:r>
    </w:p>
    <w:p w:rsidR="00FD218A" w:rsidRPr="001F0DBF" w:rsidRDefault="002D0CA0" w:rsidP="00134851">
      <w:pPr>
        <w:autoSpaceDE w:val="0"/>
        <w:autoSpaceDN w:val="0"/>
        <w:spacing w:before="70" w:after="0" w:line="288" w:lineRule="auto"/>
        <w:ind w:firstLine="18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</w:t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интерпретировать прочитанное, направлены на формирование у школьников системы знаний о литературе как искусстве слова, в том числе основных </w:t>
      </w:r>
      <w:proofErr w:type="spellStart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теоретико</w:t>
      </w:r>
      <w:proofErr w:type="spellEnd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</w:t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проблемы как между собой, так и с произведениями других  искусств;  формировать 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</w:t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критической оценки. </w:t>
      </w:r>
    </w:p>
    <w:p w:rsidR="00FD218A" w:rsidRPr="001F0DBF" w:rsidRDefault="002D0CA0" w:rsidP="00134851">
      <w:pPr>
        <w:autoSpaceDE w:val="0"/>
        <w:autoSpaceDN w:val="0"/>
        <w:spacing w:before="72" w:after="0" w:line="283" w:lineRule="auto"/>
        <w:ind w:firstLine="18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 воспринимая чужую точку зрения и аргументированно отстаивая свою. </w:t>
      </w:r>
    </w:p>
    <w:p w:rsidR="00FD218A" w:rsidRPr="001F0DBF" w:rsidRDefault="002D0CA0" w:rsidP="00134851">
      <w:pPr>
        <w:autoSpaceDE w:val="0"/>
        <w:autoSpaceDN w:val="0"/>
        <w:spacing w:before="262" w:after="0" w:line="23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МЕСТО УЧЕБНОГО ПРЕДМЕТА «ЛИТЕРАТУРА» В УЧЕБНОМ ПЛАНЕ</w:t>
      </w:r>
    </w:p>
    <w:p w:rsidR="00FD218A" w:rsidRPr="001F0DBF" w:rsidRDefault="002D0CA0" w:rsidP="00134851">
      <w:pPr>
        <w:autoSpaceDE w:val="0"/>
        <w:autoSpaceDN w:val="0"/>
        <w:spacing w:before="166" w:after="0" w:line="271" w:lineRule="auto"/>
        <w:ind w:right="576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Предмет «Литература» входит в предметную область «Русский язык и литература» и является обязательным для изучения. Предмет «Литература» преемственен по отношению к предмету</w:t>
      </w:r>
      <w:r w:rsidR="001F0DBF"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«Литературное чтение». </w:t>
      </w:r>
    </w:p>
    <w:p w:rsidR="00FD218A" w:rsidRPr="001F0DBF" w:rsidRDefault="002D0CA0" w:rsidP="00134851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0"/>
          <w:szCs w:val="20"/>
          <w:lang w:val="ru-RU"/>
        </w:rPr>
        <w:sectPr w:rsidR="00FD218A" w:rsidRPr="001F0DBF" w:rsidSect="00D24907">
          <w:pgSz w:w="11900" w:h="16840"/>
          <w:pgMar w:top="298" w:right="690" w:bottom="452" w:left="666" w:header="720" w:footer="720" w:gutter="0"/>
          <w:cols w:space="720" w:equalWidth="0">
            <w:col w:w="10544" w:space="0"/>
          </w:cols>
          <w:docGrid w:linePitch="360"/>
        </w:sect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В 5 классе на изучение предмета отводится 3 часа в неделю, </w:t>
      </w:r>
      <w:r w:rsid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суммарно изучение литературы в 5 </w:t>
      </w:r>
      <w:r w:rsidR="001F0DBF"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классе по программе основного общего образования рассчитано на 102 часа</w:t>
      </w:r>
      <w:r w:rsid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</w:t>
      </w:r>
    </w:p>
    <w:p w:rsidR="00FD218A" w:rsidRPr="001F0DBF" w:rsidRDefault="00FD218A" w:rsidP="00134851">
      <w:pPr>
        <w:jc w:val="both"/>
        <w:rPr>
          <w:rFonts w:ascii="Times New Roman" w:hAnsi="Times New Roman" w:cs="Times New Roman"/>
          <w:sz w:val="20"/>
          <w:szCs w:val="20"/>
          <w:lang w:val="ru-RU"/>
        </w:rPr>
        <w:sectPr w:rsidR="00FD218A" w:rsidRPr="001F0DBF" w:rsidSect="00D24907">
          <w:pgSz w:w="11900" w:h="16840"/>
          <w:pgMar w:top="286" w:right="1440" w:bottom="1440" w:left="666" w:header="720" w:footer="720" w:gutter="0"/>
          <w:cols w:space="720" w:equalWidth="0">
            <w:col w:w="9794" w:space="0"/>
          </w:cols>
          <w:docGrid w:linePitch="360"/>
        </w:sectPr>
      </w:pPr>
    </w:p>
    <w:p w:rsidR="00FD218A" w:rsidRPr="001F0DBF" w:rsidRDefault="00FD218A" w:rsidP="00134851">
      <w:pPr>
        <w:autoSpaceDE w:val="0"/>
        <w:autoSpaceDN w:val="0"/>
        <w:spacing w:after="78" w:line="220" w:lineRule="exact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FD218A" w:rsidRPr="001F0DBF" w:rsidRDefault="002D0CA0" w:rsidP="00134851">
      <w:pPr>
        <w:autoSpaceDE w:val="0"/>
        <w:autoSpaceDN w:val="0"/>
        <w:spacing w:after="0" w:line="23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 xml:space="preserve">СОДЕРЖАНИЕ УЧЕБНОГО ПРЕДМЕТА </w:t>
      </w:r>
    </w:p>
    <w:p w:rsidR="00FD218A" w:rsidRPr="001F0DBF" w:rsidRDefault="002D0CA0" w:rsidP="00134851">
      <w:pPr>
        <w:autoSpaceDE w:val="0"/>
        <w:autoSpaceDN w:val="0"/>
        <w:spacing w:before="466" w:after="0" w:line="262" w:lineRule="auto"/>
        <w:ind w:right="7344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 xml:space="preserve">Мифология </w:t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Мифы народов России и мира.</w:t>
      </w:r>
    </w:p>
    <w:p w:rsidR="00FD218A" w:rsidRPr="001F0DBF" w:rsidRDefault="002D0CA0" w:rsidP="00134851">
      <w:pPr>
        <w:autoSpaceDE w:val="0"/>
        <w:autoSpaceDN w:val="0"/>
        <w:spacing w:before="406" w:after="0" w:line="271" w:lineRule="auto"/>
        <w:ind w:right="576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 xml:space="preserve">Фольклор </w:t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Малые жанры: пословицы, поговорки, загадки. Сказки народов России и народов мира (не менее трёх).</w:t>
      </w:r>
    </w:p>
    <w:p w:rsidR="00FD218A" w:rsidRPr="001F0DBF" w:rsidRDefault="002D0CA0" w:rsidP="00134851">
      <w:pPr>
        <w:autoSpaceDE w:val="0"/>
        <w:autoSpaceDN w:val="0"/>
        <w:spacing w:before="408" w:after="0"/>
        <w:ind w:right="144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 xml:space="preserve">Литература первой половины </w:t>
      </w: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XIX</w:t>
      </w: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 xml:space="preserve"> века </w:t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 xml:space="preserve">И. А. Крылов. </w:t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Басни (три по выбору). Например, «Волк на псарне», «Листы и Корни», «Свинья под Дубом», «Квартет»,</w:t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«Осёл и Соловей», «Ворона и Лисица».</w:t>
      </w:r>
    </w:p>
    <w:p w:rsidR="00FD218A" w:rsidRPr="001F0DBF" w:rsidRDefault="002D0CA0" w:rsidP="00134851">
      <w:pPr>
        <w:autoSpaceDE w:val="0"/>
        <w:autoSpaceDN w:val="0"/>
        <w:spacing w:before="70" w:after="0" w:line="262" w:lineRule="auto"/>
        <w:ind w:right="2304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 xml:space="preserve">А. С. Пушкин. </w:t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Стихотворения (не менее трёх). «Зимнее утро»,</w:t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«Зимний вечер», «Няне» и др. «Сказка о мёртвой царевне и о семи богатырях».</w:t>
      </w:r>
    </w:p>
    <w:p w:rsidR="00FD218A" w:rsidRPr="001F0DBF" w:rsidRDefault="002D0CA0" w:rsidP="00134851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М. Ю. Лермонтов.</w:t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Стихотворение «Бородино».</w:t>
      </w:r>
    </w:p>
    <w:p w:rsidR="00FD218A" w:rsidRPr="001F0DBF" w:rsidRDefault="002D0CA0" w:rsidP="00134851">
      <w:pPr>
        <w:autoSpaceDE w:val="0"/>
        <w:autoSpaceDN w:val="0"/>
        <w:spacing w:before="70" w:after="0" w:line="262" w:lineRule="auto"/>
        <w:ind w:right="4176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Н. В. Гоголь.</w:t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Повесть «Ночь перед Рождеством» из сборника</w:t>
      </w:r>
      <w:r w:rsidR="003839A0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«Вечера на хуторе близ Диканьки».</w:t>
      </w:r>
    </w:p>
    <w:p w:rsidR="00FD218A" w:rsidRPr="001F0DBF" w:rsidRDefault="002D0CA0" w:rsidP="00134851">
      <w:pPr>
        <w:autoSpaceDE w:val="0"/>
        <w:autoSpaceDN w:val="0"/>
        <w:spacing w:before="406" w:after="0" w:line="262" w:lineRule="auto"/>
        <w:ind w:right="6192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 xml:space="preserve">Литература второй половины </w:t>
      </w: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XIX</w:t>
      </w: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 xml:space="preserve"> века </w:t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И. С. Тургенев.</w:t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Рассказ «Муму».</w:t>
      </w:r>
    </w:p>
    <w:p w:rsidR="00FD218A" w:rsidRPr="001F0DBF" w:rsidRDefault="002D0CA0" w:rsidP="00134851">
      <w:pPr>
        <w:autoSpaceDE w:val="0"/>
        <w:autoSpaceDN w:val="0"/>
        <w:spacing w:before="70" w:after="0" w:line="262" w:lineRule="auto"/>
        <w:ind w:right="144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Н. А. Некрасов.</w:t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Стихотворения (не менее двух). «Крестьянские дети». «Школьник». Поэма «Мороз, Красный нос» (фрагмент).</w:t>
      </w:r>
    </w:p>
    <w:p w:rsidR="00FD218A" w:rsidRPr="001F0DBF" w:rsidRDefault="002D0CA0" w:rsidP="00134851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Л. Н. Толстой.</w:t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Рассказ «Кавказский пленник».</w:t>
      </w:r>
    </w:p>
    <w:p w:rsidR="00FD218A" w:rsidRPr="001F0DBF" w:rsidRDefault="002D0CA0" w:rsidP="00134851">
      <w:pPr>
        <w:autoSpaceDE w:val="0"/>
        <w:autoSpaceDN w:val="0"/>
        <w:spacing w:before="406" w:after="0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 xml:space="preserve">Литература </w:t>
      </w: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XIX</w:t>
      </w: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 xml:space="preserve">—ХХ веков </w:t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 xml:space="preserve">Стихотворения отечественных поэтов </w:t>
      </w: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XIX</w:t>
      </w: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 xml:space="preserve">—ХХ веков о родной природе и о связи человека с Родиной </w:t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(не менее пяти стихотворений трёх поэтов). Например, стихотворения А. К. Толстого, Ф. И. </w:t>
      </w:r>
      <w:proofErr w:type="gramStart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Тютчева,  А.</w:t>
      </w:r>
      <w:proofErr w:type="gramEnd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А.  </w:t>
      </w:r>
      <w:proofErr w:type="gramStart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Фета,  И.</w:t>
      </w:r>
      <w:proofErr w:type="gramEnd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А.  </w:t>
      </w:r>
      <w:proofErr w:type="gramStart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Бунина,  А.</w:t>
      </w:r>
      <w:proofErr w:type="gramEnd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А.  Блока, С. А. Есенина, Н. М. Рубцова, Ю. П. Кузнецова.</w:t>
      </w:r>
    </w:p>
    <w:p w:rsidR="00FD218A" w:rsidRPr="001F0DBF" w:rsidRDefault="002D0CA0" w:rsidP="00134851">
      <w:pPr>
        <w:autoSpaceDE w:val="0"/>
        <w:autoSpaceDN w:val="0"/>
        <w:spacing w:before="70" w:after="0" w:line="271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 xml:space="preserve">Юмористические рассказы отечественных писателей </w:t>
      </w: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XIX</w:t>
      </w: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 xml:space="preserve">— </w:t>
      </w: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XX</w:t>
      </w: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 xml:space="preserve"> веков </w:t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 xml:space="preserve">А. П. Чехов </w:t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(два рассказа по выбору). Например, «Лошадиная фамилия», «Мальчики», «Хирургия» и др. </w:t>
      </w:r>
    </w:p>
    <w:p w:rsidR="00FD218A" w:rsidRPr="001F0DBF" w:rsidRDefault="002D0CA0" w:rsidP="00134851">
      <w:pPr>
        <w:autoSpaceDE w:val="0"/>
        <w:autoSpaceDN w:val="0"/>
        <w:spacing w:before="72" w:after="0" w:line="262" w:lineRule="auto"/>
        <w:ind w:right="1008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 xml:space="preserve">М. М. Зощенко </w:t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(два рассказа по выбору). Например, «Галоша», «</w:t>
      </w:r>
      <w:proofErr w:type="gramStart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Лёля  и</w:t>
      </w:r>
      <w:proofErr w:type="gramEnd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Минька»,  «Ёлка», «Золотые  слова»,  «Встреча» и др.</w:t>
      </w:r>
    </w:p>
    <w:p w:rsidR="00FD218A" w:rsidRPr="001F0DBF" w:rsidRDefault="002D0CA0" w:rsidP="00134851">
      <w:pPr>
        <w:autoSpaceDE w:val="0"/>
        <w:autoSpaceDN w:val="0"/>
        <w:spacing w:before="70" w:after="0" w:line="262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Произведения отечественной литературы о природе и животных</w:t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(не менее двух). Например, А. И. Куприна, М. М. Пришвина, К. Г. Паустовского.</w:t>
      </w:r>
    </w:p>
    <w:p w:rsidR="00FD218A" w:rsidRPr="001F0DBF" w:rsidRDefault="002D0CA0" w:rsidP="00134851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А. П. Платонов.</w:t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Рассказы (один по выбору). Например, «Корова», «Никита» и др.</w:t>
      </w:r>
    </w:p>
    <w:p w:rsidR="00FD218A" w:rsidRPr="001F0DBF" w:rsidRDefault="002D0CA0" w:rsidP="00134851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В. П. Астафьев.</w:t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Рассказ </w:t>
      </w:r>
      <w:proofErr w:type="gramStart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«</w:t>
      </w:r>
      <w:r w:rsidR="003839A0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proofErr w:type="spellStart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Васюткино</w:t>
      </w:r>
      <w:proofErr w:type="spellEnd"/>
      <w:proofErr w:type="gramEnd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озеро».</w:t>
      </w:r>
    </w:p>
    <w:p w:rsidR="00FD218A" w:rsidRPr="001F0DBF" w:rsidRDefault="002D0CA0" w:rsidP="00134851">
      <w:pPr>
        <w:autoSpaceDE w:val="0"/>
        <w:autoSpaceDN w:val="0"/>
        <w:spacing w:before="406" w:after="0" w:line="262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 xml:space="preserve">Литература </w:t>
      </w: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XX</w:t>
      </w: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—</w:t>
      </w: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XXI</w:t>
      </w: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 xml:space="preserve"> веков </w:t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Произведения отечественной прозы на тему «Человек на войне»</w:t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(не менее двух). Например, Л. А.</w:t>
      </w:r>
    </w:p>
    <w:p w:rsidR="00FD218A" w:rsidRPr="001F0DBF" w:rsidRDefault="002D0CA0" w:rsidP="00134851">
      <w:pPr>
        <w:autoSpaceDE w:val="0"/>
        <w:autoSpaceDN w:val="0"/>
        <w:spacing w:before="70" w:after="0" w:line="262" w:lineRule="auto"/>
        <w:ind w:right="576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Кассиль. «Дорогие мои мальчишки»; Ю. Я. Яковлев. «Девочки </w:t>
      </w:r>
      <w:proofErr w:type="gramStart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с  Васильевского</w:t>
      </w:r>
      <w:proofErr w:type="gramEnd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острова»; В. П. Катаев. «Сын полка» и др.</w:t>
      </w:r>
    </w:p>
    <w:p w:rsidR="00FD218A" w:rsidRPr="001F0DBF" w:rsidRDefault="002D0CA0" w:rsidP="00134851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 xml:space="preserve">Произведения отечественных писателей </w:t>
      </w: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XIX</w:t>
      </w: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—</w:t>
      </w: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XXI</w:t>
      </w: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 xml:space="preserve"> веков на тему детства</w:t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(не менее двух).</w:t>
      </w:r>
    </w:p>
    <w:p w:rsidR="00FD218A" w:rsidRPr="001F0DBF" w:rsidRDefault="002D0CA0" w:rsidP="00134851">
      <w:pPr>
        <w:autoSpaceDE w:val="0"/>
        <w:autoSpaceDN w:val="0"/>
        <w:spacing w:before="70" w:after="0" w:line="262" w:lineRule="auto"/>
        <w:ind w:right="144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Например, произведения В. Г. Короленко, В. П. Катаева, В. П. Крапивина, Ю. П. Казакова, А. Г. Алексина, В. П. Астафьева, В. К. </w:t>
      </w:r>
      <w:proofErr w:type="spellStart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Железникова</w:t>
      </w:r>
      <w:proofErr w:type="spellEnd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, Ю. Я. Яковлева, Ю. И. Коваля, А. А. </w:t>
      </w:r>
      <w:proofErr w:type="spellStart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Гиваргизова</w:t>
      </w:r>
      <w:proofErr w:type="spellEnd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, М.</w:t>
      </w:r>
    </w:p>
    <w:p w:rsidR="00FD218A" w:rsidRPr="001F0DBF" w:rsidRDefault="00FD218A" w:rsidP="00134851">
      <w:pPr>
        <w:rPr>
          <w:rFonts w:ascii="Times New Roman" w:hAnsi="Times New Roman" w:cs="Times New Roman"/>
          <w:sz w:val="20"/>
          <w:szCs w:val="20"/>
          <w:lang w:val="ru-RU"/>
        </w:rPr>
        <w:sectPr w:rsidR="00FD218A" w:rsidRPr="001F0DBF" w:rsidSect="00D24907">
          <w:pgSz w:w="11900" w:h="16840"/>
          <w:pgMar w:top="298" w:right="650" w:bottom="39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FD218A" w:rsidRPr="001F0DBF" w:rsidRDefault="00FD218A" w:rsidP="00134851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FD218A" w:rsidRPr="001F0DBF" w:rsidRDefault="002D0CA0" w:rsidP="00134851">
      <w:pPr>
        <w:autoSpaceDE w:val="0"/>
        <w:autoSpaceDN w:val="0"/>
        <w:spacing w:after="0" w:line="23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С. </w:t>
      </w:r>
      <w:proofErr w:type="spellStart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Аромштам</w:t>
      </w:r>
      <w:proofErr w:type="spellEnd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, Н. Ю. </w:t>
      </w:r>
      <w:proofErr w:type="spellStart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Абгарян</w:t>
      </w:r>
      <w:proofErr w:type="spellEnd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.</w:t>
      </w:r>
    </w:p>
    <w:p w:rsidR="00FD218A" w:rsidRPr="001F0DBF" w:rsidRDefault="002D0CA0" w:rsidP="00134851">
      <w:pPr>
        <w:autoSpaceDE w:val="0"/>
        <w:autoSpaceDN w:val="0"/>
        <w:spacing w:before="70" w:after="0" w:line="271" w:lineRule="auto"/>
        <w:ind w:right="288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 xml:space="preserve">Произведения приключенческого жанра отечественных </w:t>
      </w:r>
      <w:proofErr w:type="gramStart"/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писателей</w:t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(</w:t>
      </w:r>
      <w:proofErr w:type="gramEnd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одно  по  выбору). </w:t>
      </w:r>
      <w:proofErr w:type="gramStart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Например,  К.</w:t>
      </w:r>
      <w:proofErr w:type="gramEnd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Булычёв.  «Девочка, с которой ничего не случится», «Миллион приключений» и др. (главы по выбору).</w:t>
      </w:r>
    </w:p>
    <w:p w:rsidR="00FD218A" w:rsidRPr="001F0DBF" w:rsidRDefault="002D0CA0" w:rsidP="00134851">
      <w:pPr>
        <w:autoSpaceDE w:val="0"/>
        <w:autoSpaceDN w:val="0"/>
        <w:spacing w:before="406" w:after="0" w:line="262" w:lineRule="auto"/>
        <w:ind w:right="4176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 xml:space="preserve">Литература народов Российской Федерации </w:t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 xml:space="preserve">Стихотворения </w:t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(одно по выбору). Например, Р. Г. Гамзатов.</w:t>
      </w:r>
    </w:p>
    <w:p w:rsidR="00FD218A" w:rsidRPr="001F0DBF" w:rsidRDefault="002D0CA0" w:rsidP="00134851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«Песня соловья»; М. Карим. «Эту песню мать мне пела».</w:t>
      </w:r>
    </w:p>
    <w:p w:rsidR="00FD218A" w:rsidRPr="001F0DBF" w:rsidRDefault="002D0CA0" w:rsidP="00134851">
      <w:pPr>
        <w:autoSpaceDE w:val="0"/>
        <w:autoSpaceDN w:val="0"/>
        <w:spacing w:before="406" w:after="0" w:line="262" w:lineRule="auto"/>
        <w:ind w:right="1008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 xml:space="preserve">Зарубежная литература </w:t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 xml:space="preserve">Х. К. Андерсен. </w:t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Сказки (одна по выбору). Например, «Снежная королева», «Соловей» и др.</w:t>
      </w:r>
    </w:p>
    <w:p w:rsidR="00FD218A" w:rsidRPr="001F0DBF" w:rsidRDefault="002D0CA0" w:rsidP="00134851">
      <w:pPr>
        <w:autoSpaceDE w:val="0"/>
        <w:autoSpaceDN w:val="0"/>
        <w:spacing w:before="72" w:after="0" w:line="262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Зарубежная сказочная проза</w:t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(одно произведение по выбору). Например, Л. Кэрролл. «Алиса в Стране Чудес» (главы по выбору), Дж. Р. Р. </w:t>
      </w:r>
      <w:proofErr w:type="spellStart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Толкин</w:t>
      </w:r>
      <w:proofErr w:type="spellEnd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. «</w:t>
      </w:r>
      <w:proofErr w:type="spellStart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Хоббит</w:t>
      </w:r>
      <w:proofErr w:type="spellEnd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, или </w:t>
      </w:r>
      <w:proofErr w:type="gramStart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Туда</w:t>
      </w:r>
      <w:proofErr w:type="gramEnd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и обратно» (главы по выбору).</w:t>
      </w:r>
    </w:p>
    <w:p w:rsidR="00FD218A" w:rsidRPr="001F0DBF" w:rsidRDefault="002D0CA0" w:rsidP="00134851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 xml:space="preserve">Зарубежная проза о детях и подростках </w:t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(два произведения по выбору).   </w:t>
      </w:r>
      <w:proofErr w:type="gramStart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Например,   </w:t>
      </w:r>
      <w:proofErr w:type="gramEnd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М.   Твен. </w:t>
      </w:r>
    </w:p>
    <w:p w:rsidR="00FD218A" w:rsidRPr="001F0DBF" w:rsidRDefault="002D0CA0" w:rsidP="00134851">
      <w:pPr>
        <w:autoSpaceDE w:val="0"/>
        <w:autoSpaceDN w:val="0"/>
        <w:spacing w:before="70" w:after="0"/>
        <w:ind w:right="144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«Приключения   Тома   </w:t>
      </w:r>
      <w:proofErr w:type="spellStart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Сойера</w:t>
      </w:r>
      <w:proofErr w:type="spellEnd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»</w:t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(главы по выбору); Дж. Лондон. «Сказание о </w:t>
      </w:r>
      <w:proofErr w:type="spellStart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Кише</w:t>
      </w:r>
      <w:proofErr w:type="spellEnd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»; Р. </w:t>
      </w:r>
      <w:proofErr w:type="spellStart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Брэдбери</w:t>
      </w:r>
      <w:proofErr w:type="spellEnd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. Рассказы. Например, «</w:t>
      </w:r>
      <w:proofErr w:type="spellStart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Каникулы»,«Звук</w:t>
      </w:r>
      <w:proofErr w:type="spellEnd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бегущих ног»,</w:t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«Зелёное утро» и др.</w:t>
      </w:r>
    </w:p>
    <w:p w:rsidR="00FD218A" w:rsidRPr="001F0DBF" w:rsidRDefault="002D0CA0" w:rsidP="00134851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 xml:space="preserve">Зарубежная приключенческая проза </w:t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(два произведения по выбору).</w:t>
      </w:r>
    </w:p>
    <w:p w:rsidR="00FD218A" w:rsidRPr="001F0DBF" w:rsidRDefault="002D0CA0" w:rsidP="00134851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Например, Р. Л. Стивенсон. «Остров сокровищ», «Чёрная стрела» и др.</w:t>
      </w:r>
    </w:p>
    <w:p w:rsidR="00FD218A" w:rsidRPr="001F0DBF" w:rsidRDefault="002D0CA0" w:rsidP="00134851">
      <w:pPr>
        <w:autoSpaceDE w:val="0"/>
        <w:autoSpaceDN w:val="0"/>
        <w:spacing w:before="70" w:after="0" w:line="23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 xml:space="preserve">Зарубежная проза о животных </w:t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(одно-два произведения по выбору).</w:t>
      </w:r>
    </w:p>
    <w:p w:rsidR="00FD218A" w:rsidRPr="001F0DBF" w:rsidRDefault="002D0CA0" w:rsidP="00134851">
      <w:pPr>
        <w:autoSpaceDE w:val="0"/>
        <w:autoSpaceDN w:val="0"/>
        <w:spacing w:before="70" w:after="0" w:line="262" w:lineRule="auto"/>
        <w:ind w:right="432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Э. Сетон-Томпсон. «Королевская </w:t>
      </w:r>
      <w:proofErr w:type="spellStart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аналостанка</w:t>
      </w:r>
      <w:proofErr w:type="spellEnd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»; Дж. Даррелл. «Говорящий свёрток»; Дж. Лондон. «</w:t>
      </w:r>
      <w:proofErr w:type="gramStart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Белый  клык</w:t>
      </w:r>
      <w:proofErr w:type="gramEnd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»; Дж. Р. Киплинг. «</w:t>
      </w:r>
      <w:proofErr w:type="spellStart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Маугли</w:t>
      </w:r>
      <w:proofErr w:type="spellEnd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», «</w:t>
      </w:r>
      <w:proofErr w:type="spellStart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Рикки-Тикки-Тави</w:t>
      </w:r>
      <w:proofErr w:type="spellEnd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» и др.</w:t>
      </w:r>
    </w:p>
    <w:p w:rsidR="00FD218A" w:rsidRPr="001F0DBF" w:rsidRDefault="00FD218A" w:rsidP="00134851">
      <w:pPr>
        <w:jc w:val="both"/>
        <w:rPr>
          <w:rFonts w:ascii="Times New Roman" w:hAnsi="Times New Roman" w:cs="Times New Roman"/>
          <w:sz w:val="20"/>
          <w:szCs w:val="20"/>
          <w:lang w:val="ru-RU"/>
        </w:rPr>
        <w:sectPr w:rsidR="00FD218A" w:rsidRPr="001F0DBF" w:rsidSect="00D24907">
          <w:pgSz w:w="11900" w:h="16840"/>
          <w:pgMar w:top="286" w:right="658" w:bottom="1440" w:left="666" w:header="720" w:footer="720" w:gutter="0"/>
          <w:cols w:space="720" w:equalWidth="0">
            <w:col w:w="10576" w:space="0"/>
          </w:cols>
          <w:docGrid w:linePitch="360"/>
        </w:sectPr>
      </w:pPr>
    </w:p>
    <w:p w:rsidR="00FD218A" w:rsidRPr="001F0DBF" w:rsidRDefault="00FD218A" w:rsidP="00134851">
      <w:pPr>
        <w:autoSpaceDE w:val="0"/>
        <w:autoSpaceDN w:val="0"/>
        <w:spacing w:after="78" w:line="220" w:lineRule="exact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FD218A" w:rsidRPr="001F0DBF" w:rsidRDefault="002D0CA0" w:rsidP="00134851">
      <w:pPr>
        <w:autoSpaceDE w:val="0"/>
        <w:autoSpaceDN w:val="0"/>
        <w:spacing w:after="0" w:line="23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ПЛАНИРУЕМЫЕ ОБРАЗОВАТЕЛЬНЫЕ РЕЗУЛЬТАТЫ</w:t>
      </w:r>
    </w:p>
    <w:p w:rsidR="00FD218A" w:rsidRPr="001F0DBF" w:rsidRDefault="002D0CA0" w:rsidP="00134851">
      <w:pPr>
        <w:tabs>
          <w:tab w:val="left" w:pos="180"/>
        </w:tabs>
        <w:autoSpaceDE w:val="0"/>
        <w:autoSpaceDN w:val="0"/>
        <w:spacing w:before="346" w:after="0" w:line="262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Изучение литературы в 5 классе направлено на достижение обучающимися следующих личностных, </w:t>
      </w:r>
      <w:proofErr w:type="spellStart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метапредметных</w:t>
      </w:r>
      <w:proofErr w:type="spellEnd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и предметных результатов освоения учебного предмета.</w:t>
      </w:r>
    </w:p>
    <w:p w:rsidR="00FD218A" w:rsidRPr="001F0DBF" w:rsidRDefault="002D0CA0" w:rsidP="00134851">
      <w:pPr>
        <w:autoSpaceDE w:val="0"/>
        <w:autoSpaceDN w:val="0"/>
        <w:spacing w:before="262" w:after="0" w:line="23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ЛИЧНОСТНЫЕ РЕЗУЛЬТАТЫ</w:t>
      </w:r>
    </w:p>
    <w:p w:rsidR="00FD218A" w:rsidRPr="001F0DBF" w:rsidRDefault="002D0CA0" w:rsidP="00134851">
      <w:pPr>
        <w:autoSpaceDE w:val="0"/>
        <w:autoSpaceDN w:val="0"/>
        <w:spacing w:before="166" w:after="0" w:line="281" w:lineRule="auto"/>
        <w:ind w:right="144" w:firstLine="180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</w:t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FD218A" w:rsidRPr="001F0DBF" w:rsidRDefault="002D0CA0" w:rsidP="00134851">
      <w:pPr>
        <w:autoSpaceDE w:val="0"/>
        <w:autoSpaceDN w:val="0"/>
        <w:spacing w:before="72" w:after="0"/>
        <w:ind w:right="432" w:firstLine="180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FD218A" w:rsidRPr="001F0DBF" w:rsidRDefault="002D0CA0" w:rsidP="00134851">
      <w:pPr>
        <w:autoSpaceDE w:val="0"/>
        <w:autoSpaceDN w:val="0"/>
        <w:spacing w:before="190" w:after="0" w:line="230" w:lineRule="auto"/>
        <w:ind w:left="180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Гражданского воспитания:</w:t>
      </w:r>
    </w:p>
    <w:p w:rsidR="00FD218A" w:rsidRPr="001F0DBF" w:rsidRDefault="002D0CA0" w:rsidP="00134851">
      <w:pPr>
        <w:autoSpaceDE w:val="0"/>
        <w:autoSpaceDN w:val="0"/>
        <w:spacing w:before="178" w:after="0" w:line="262" w:lineRule="auto"/>
        <w:ind w:left="420" w:right="288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FD218A" w:rsidRPr="001F0DBF" w:rsidRDefault="002D0CA0" w:rsidP="00134851">
      <w:pPr>
        <w:autoSpaceDE w:val="0"/>
        <w:autoSpaceDN w:val="0"/>
        <w:spacing w:before="190" w:after="0" w:line="271" w:lineRule="auto"/>
        <w:ind w:left="420" w:right="144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FD218A" w:rsidRPr="001F0DBF" w:rsidRDefault="002D0CA0" w:rsidP="00134851">
      <w:pPr>
        <w:autoSpaceDE w:val="0"/>
        <w:autoSpaceDN w:val="0"/>
        <w:spacing w:before="190" w:after="0" w:line="230" w:lineRule="auto"/>
        <w:ind w:left="420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 неприятие любых форм экстремизма, дискриминации;</w:t>
      </w:r>
    </w:p>
    <w:p w:rsidR="00FD218A" w:rsidRPr="001F0DBF" w:rsidRDefault="002D0CA0" w:rsidP="00134851">
      <w:pPr>
        <w:autoSpaceDE w:val="0"/>
        <w:autoSpaceDN w:val="0"/>
        <w:spacing w:before="190" w:after="0" w:line="230" w:lineRule="auto"/>
        <w:ind w:left="420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 понимание роли различных социальных институтов в жизни человека;</w:t>
      </w:r>
    </w:p>
    <w:p w:rsidR="00FD218A" w:rsidRPr="001F0DBF" w:rsidRDefault="002D0CA0" w:rsidP="00134851">
      <w:pPr>
        <w:autoSpaceDE w:val="0"/>
        <w:autoSpaceDN w:val="0"/>
        <w:spacing w:before="190" w:after="0" w:line="271" w:lineRule="auto"/>
        <w:ind w:left="420" w:right="432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:rsidR="00FD218A" w:rsidRPr="001F0DBF" w:rsidRDefault="002D0CA0" w:rsidP="00134851">
      <w:pPr>
        <w:autoSpaceDE w:val="0"/>
        <w:autoSpaceDN w:val="0"/>
        <w:spacing w:before="190" w:after="0" w:line="230" w:lineRule="auto"/>
        <w:ind w:left="420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 представление о способах противодействия коррупции;</w:t>
      </w:r>
    </w:p>
    <w:p w:rsidR="00FD218A" w:rsidRPr="001F0DBF" w:rsidRDefault="002D0CA0" w:rsidP="00134851">
      <w:pPr>
        <w:autoSpaceDE w:val="0"/>
        <w:autoSpaceDN w:val="0"/>
        <w:spacing w:before="190" w:after="0" w:line="262" w:lineRule="auto"/>
        <w:ind w:left="420" w:right="432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 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:rsidR="00FD218A" w:rsidRPr="001F0DBF" w:rsidRDefault="002D0CA0" w:rsidP="00134851">
      <w:pPr>
        <w:autoSpaceDE w:val="0"/>
        <w:autoSpaceDN w:val="0"/>
        <w:spacing w:before="192" w:after="0" w:line="230" w:lineRule="auto"/>
        <w:ind w:left="42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 активное участие в школьном самоуправлении;</w:t>
      </w:r>
    </w:p>
    <w:p w:rsidR="00FD218A" w:rsidRPr="001F0DBF" w:rsidRDefault="002D0CA0" w:rsidP="00134851">
      <w:pPr>
        <w:autoSpaceDE w:val="0"/>
        <w:autoSpaceDN w:val="0"/>
        <w:spacing w:before="190" w:after="0" w:line="262" w:lineRule="auto"/>
        <w:ind w:left="420" w:right="100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 готовность к участию в гуманитарной деятельности (</w:t>
      </w:r>
      <w:proofErr w:type="spellStart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волонтерство</w:t>
      </w:r>
      <w:proofErr w:type="spellEnd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; помощь людям, нуждающимся в ней).</w:t>
      </w:r>
    </w:p>
    <w:p w:rsidR="00FD218A" w:rsidRPr="001F0DBF" w:rsidRDefault="002D0CA0" w:rsidP="00134851">
      <w:pPr>
        <w:autoSpaceDE w:val="0"/>
        <w:autoSpaceDN w:val="0"/>
        <w:spacing w:before="298" w:after="0" w:line="230" w:lineRule="auto"/>
        <w:ind w:left="18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Патриотического воспитания:</w:t>
      </w:r>
    </w:p>
    <w:p w:rsidR="00FD218A" w:rsidRPr="001F0DBF" w:rsidRDefault="002D0CA0" w:rsidP="00134851">
      <w:pPr>
        <w:autoSpaceDE w:val="0"/>
        <w:autoSpaceDN w:val="0"/>
        <w:spacing w:before="178" w:after="0"/>
        <w:ind w:left="420" w:right="432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осознание российской гражданской идентичности в поликультурном и </w:t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</w:t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произведений русской и зарубежной литературы, а также литератур народов РФ;</w:t>
      </w:r>
    </w:p>
    <w:p w:rsidR="00FD218A" w:rsidRPr="001F0DBF" w:rsidRDefault="002D0CA0" w:rsidP="00134851">
      <w:pPr>
        <w:autoSpaceDE w:val="0"/>
        <w:autoSpaceDN w:val="0"/>
        <w:spacing w:before="190" w:after="0" w:line="271" w:lineRule="auto"/>
        <w:ind w:left="420" w:right="28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ценностное отношение к достижениям своей Родины —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:rsidR="00FD218A" w:rsidRPr="001F0DBF" w:rsidRDefault="00FD218A" w:rsidP="00134851">
      <w:pPr>
        <w:jc w:val="both"/>
        <w:rPr>
          <w:rFonts w:ascii="Times New Roman" w:hAnsi="Times New Roman" w:cs="Times New Roman"/>
          <w:sz w:val="20"/>
          <w:szCs w:val="20"/>
          <w:lang w:val="ru-RU"/>
        </w:rPr>
        <w:sectPr w:rsidR="00FD218A" w:rsidRPr="001F0DBF" w:rsidSect="00D24907">
          <w:pgSz w:w="11900" w:h="16840"/>
          <w:pgMar w:top="298" w:right="650" w:bottom="50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FD218A" w:rsidRPr="001F0DBF" w:rsidRDefault="00FD218A" w:rsidP="00134851">
      <w:pPr>
        <w:autoSpaceDE w:val="0"/>
        <w:autoSpaceDN w:val="0"/>
        <w:spacing w:after="108" w:line="220" w:lineRule="exact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FD218A" w:rsidRPr="001F0DBF" w:rsidRDefault="002D0CA0" w:rsidP="00134851">
      <w:pPr>
        <w:autoSpaceDE w:val="0"/>
        <w:autoSpaceDN w:val="0"/>
        <w:spacing w:after="0" w:line="271" w:lineRule="auto"/>
        <w:ind w:left="240" w:right="45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:rsidR="00FD218A" w:rsidRPr="001F0DBF" w:rsidRDefault="002D0CA0" w:rsidP="00134851">
      <w:pPr>
        <w:autoSpaceDE w:val="0"/>
        <w:autoSpaceDN w:val="0"/>
        <w:spacing w:before="298" w:after="0" w:line="23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Духовно-нравственного воспитания:</w:t>
      </w:r>
    </w:p>
    <w:p w:rsidR="00FD218A" w:rsidRPr="001F0DBF" w:rsidRDefault="002D0CA0" w:rsidP="00134851">
      <w:pPr>
        <w:autoSpaceDE w:val="0"/>
        <w:autoSpaceDN w:val="0"/>
        <w:spacing w:before="178" w:after="0" w:line="262" w:lineRule="auto"/>
        <w:ind w:left="240" w:right="432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FD218A" w:rsidRPr="001F0DBF" w:rsidRDefault="002D0CA0" w:rsidP="00134851">
      <w:pPr>
        <w:autoSpaceDE w:val="0"/>
        <w:autoSpaceDN w:val="0"/>
        <w:spacing w:before="190" w:after="0" w:line="262" w:lineRule="auto"/>
        <w:ind w:left="240" w:right="432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FD218A" w:rsidRPr="001F0DBF" w:rsidRDefault="002D0CA0" w:rsidP="00134851">
      <w:pPr>
        <w:autoSpaceDE w:val="0"/>
        <w:autoSpaceDN w:val="0"/>
        <w:spacing w:before="192" w:after="0" w:line="262" w:lineRule="auto"/>
        <w:ind w:left="240" w:right="14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FD218A" w:rsidRPr="001F0DBF" w:rsidRDefault="002D0CA0" w:rsidP="00134851">
      <w:pPr>
        <w:autoSpaceDE w:val="0"/>
        <w:autoSpaceDN w:val="0"/>
        <w:spacing w:before="298" w:after="0" w:line="23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Эстетического воспитания:</w:t>
      </w:r>
    </w:p>
    <w:p w:rsidR="00FD218A" w:rsidRPr="001F0DBF" w:rsidRDefault="002D0CA0" w:rsidP="00134851">
      <w:pPr>
        <w:autoSpaceDE w:val="0"/>
        <w:autoSpaceDN w:val="0"/>
        <w:spacing w:before="178" w:after="0" w:line="271" w:lineRule="auto"/>
        <w:ind w:left="240" w:right="86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FD218A" w:rsidRPr="001F0DBF" w:rsidRDefault="002D0CA0" w:rsidP="00134851">
      <w:pPr>
        <w:autoSpaceDE w:val="0"/>
        <w:autoSpaceDN w:val="0"/>
        <w:spacing w:before="190" w:after="0" w:line="262" w:lineRule="auto"/>
        <w:ind w:left="240" w:right="28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осознание важности художественной литературы и культуры как средства коммуникации и самовыражения;</w:t>
      </w:r>
    </w:p>
    <w:p w:rsidR="00FD218A" w:rsidRPr="001F0DBF" w:rsidRDefault="002D0CA0" w:rsidP="00134851">
      <w:pPr>
        <w:autoSpaceDE w:val="0"/>
        <w:autoSpaceDN w:val="0"/>
        <w:spacing w:before="190" w:after="0" w:line="262" w:lineRule="auto"/>
        <w:ind w:left="240" w:right="576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понимание ценности отечественного и мирового искусства, роли этнических культурных традиций и народного творчества; </w:t>
      </w:r>
    </w:p>
    <w:p w:rsidR="00FD218A" w:rsidRPr="001F0DBF" w:rsidRDefault="002D0CA0" w:rsidP="00134851">
      <w:pPr>
        <w:autoSpaceDE w:val="0"/>
        <w:autoSpaceDN w:val="0"/>
        <w:spacing w:before="190" w:after="0" w:line="230" w:lineRule="auto"/>
        <w:ind w:left="24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стремление к самовыражению в разных видах искусства.</w:t>
      </w:r>
    </w:p>
    <w:p w:rsidR="00FD218A" w:rsidRPr="001F0DBF" w:rsidRDefault="002D0CA0" w:rsidP="00134851">
      <w:pPr>
        <w:autoSpaceDE w:val="0"/>
        <w:autoSpaceDN w:val="0"/>
        <w:spacing w:before="298" w:after="0" w:line="23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FD218A" w:rsidRPr="001F0DBF" w:rsidRDefault="002D0CA0" w:rsidP="00134851">
      <w:pPr>
        <w:autoSpaceDE w:val="0"/>
        <w:autoSpaceDN w:val="0"/>
        <w:spacing w:before="178" w:after="0" w:line="230" w:lineRule="auto"/>
        <w:ind w:left="24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осознание ценности жизни с опорой на собственный жизненный и читательский опыт; </w:t>
      </w:r>
    </w:p>
    <w:p w:rsidR="00FD218A" w:rsidRPr="001F0DBF" w:rsidRDefault="002D0CA0" w:rsidP="00134851">
      <w:pPr>
        <w:autoSpaceDE w:val="0"/>
        <w:autoSpaceDN w:val="0"/>
        <w:spacing w:before="190" w:after="0" w:line="271" w:lineRule="auto"/>
        <w:ind w:left="240" w:right="14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FD218A" w:rsidRPr="001F0DBF" w:rsidRDefault="002D0CA0" w:rsidP="00134851">
      <w:pPr>
        <w:autoSpaceDE w:val="0"/>
        <w:autoSpaceDN w:val="0"/>
        <w:spacing w:before="190" w:after="0" w:line="278" w:lineRule="auto"/>
        <w:ind w:left="24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интернет-среде в процессе школьного литературного образования; </w:t>
      </w:r>
    </w:p>
    <w:p w:rsidR="00FD218A" w:rsidRPr="001F0DBF" w:rsidRDefault="002D0CA0" w:rsidP="00134851">
      <w:pPr>
        <w:autoSpaceDE w:val="0"/>
        <w:autoSpaceDN w:val="0"/>
        <w:spacing w:before="190" w:after="0" w:line="271" w:lineRule="auto"/>
        <w:ind w:left="24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способность адаптироваться к стрессовым ситуациям и меняющимся социальным, </w:t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информационным и природным условиям, в том числе осмысляя собственный опыт и выстраивая дальнейшие цели;</w:t>
      </w:r>
    </w:p>
    <w:p w:rsidR="00FD218A" w:rsidRPr="001F0DBF" w:rsidRDefault="002D0CA0" w:rsidP="00134851">
      <w:pPr>
        <w:autoSpaceDE w:val="0"/>
        <w:autoSpaceDN w:val="0"/>
        <w:spacing w:before="190" w:after="0" w:line="230" w:lineRule="auto"/>
        <w:ind w:left="24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умение принимать себя и других, не осуждая;</w:t>
      </w:r>
    </w:p>
    <w:p w:rsidR="00FD218A" w:rsidRPr="001F0DBF" w:rsidRDefault="002D0CA0" w:rsidP="00134851">
      <w:pPr>
        <w:autoSpaceDE w:val="0"/>
        <w:autoSpaceDN w:val="0"/>
        <w:spacing w:before="190" w:after="0" w:line="262" w:lineRule="auto"/>
        <w:ind w:left="240" w:right="100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умение осознавать эмоциональное состояние себя и других, опираясь на примеры из литературных произведений;</w:t>
      </w:r>
    </w:p>
    <w:p w:rsidR="00FD218A" w:rsidRPr="001F0DBF" w:rsidRDefault="002D0CA0" w:rsidP="00134851">
      <w:pPr>
        <w:autoSpaceDE w:val="0"/>
        <w:autoSpaceDN w:val="0"/>
        <w:spacing w:before="190" w:after="0" w:line="230" w:lineRule="auto"/>
        <w:ind w:left="24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уметь управлять собственным эмоциональным состоянием;</w:t>
      </w:r>
    </w:p>
    <w:p w:rsidR="00FD218A" w:rsidRPr="001F0DBF" w:rsidRDefault="002D0CA0" w:rsidP="00134851">
      <w:pPr>
        <w:autoSpaceDE w:val="0"/>
        <w:autoSpaceDN w:val="0"/>
        <w:spacing w:before="190" w:after="0" w:line="262" w:lineRule="auto"/>
        <w:ind w:left="240" w:right="28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</w:t>
      </w:r>
      <w:proofErr w:type="spellStart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сформированность</w:t>
      </w:r>
      <w:proofErr w:type="spellEnd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FD218A" w:rsidRPr="001F0DBF" w:rsidRDefault="002D0CA0" w:rsidP="00134851">
      <w:pPr>
        <w:autoSpaceDE w:val="0"/>
        <w:autoSpaceDN w:val="0"/>
        <w:spacing w:before="418" w:after="0" w:line="23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Трудового воспитания:</w:t>
      </w:r>
    </w:p>
    <w:p w:rsidR="00FD218A" w:rsidRPr="001F0DBF" w:rsidRDefault="00FD218A" w:rsidP="00134851">
      <w:pPr>
        <w:jc w:val="both"/>
        <w:rPr>
          <w:rFonts w:ascii="Times New Roman" w:hAnsi="Times New Roman" w:cs="Times New Roman"/>
          <w:sz w:val="20"/>
          <w:szCs w:val="20"/>
          <w:lang w:val="ru-RU"/>
        </w:rPr>
        <w:sectPr w:rsidR="00FD218A" w:rsidRPr="001F0DBF" w:rsidSect="00D24907">
          <w:pgSz w:w="11900" w:h="16840"/>
          <w:pgMar w:top="328" w:right="648" w:bottom="342" w:left="846" w:header="720" w:footer="720" w:gutter="0"/>
          <w:cols w:space="720" w:equalWidth="0">
            <w:col w:w="10406" w:space="0"/>
          </w:cols>
          <w:docGrid w:linePitch="360"/>
        </w:sectPr>
      </w:pPr>
    </w:p>
    <w:p w:rsidR="00FD218A" w:rsidRPr="001F0DBF" w:rsidRDefault="00FD218A" w:rsidP="00134851">
      <w:pPr>
        <w:autoSpaceDE w:val="0"/>
        <w:autoSpaceDN w:val="0"/>
        <w:spacing w:after="96" w:line="220" w:lineRule="exact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FD218A" w:rsidRPr="001F0DBF" w:rsidRDefault="002D0CA0" w:rsidP="00134851">
      <w:pPr>
        <w:autoSpaceDE w:val="0"/>
        <w:autoSpaceDN w:val="0"/>
        <w:spacing w:after="0" w:line="271" w:lineRule="auto"/>
        <w:ind w:left="420" w:right="72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FD218A" w:rsidRPr="001F0DBF" w:rsidRDefault="002D0CA0" w:rsidP="00134851">
      <w:pPr>
        <w:autoSpaceDE w:val="0"/>
        <w:autoSpaceDN w:val="0"/>
        <w:spacing w:before="190" w:after="0" w:line="271" w:lineRule="auto"/>
        <w:ind w:left="420" w:right="432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:rsidR="00FD218A" w:rsidRPr="001F0DBF" w:rsidRDefault="002D0CA0" w:rsidP="00134851">
      <w:pPr>
        <w:autoSpaceDE w:val="0"/>
        <w:autoSpaceDN w:val="0"/>
        <w:spacing w:before="190" w:after="0" w:line="262" w:lineRule="auto"/>
        <w:ind w:left="420" w:right="14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FD218A" w:rsidRPr="001F0DBF" w:rsidRDefault="002D0CA0" w:rsidP="00134851">
      <w:pPr>
        <w:autoSpaceDE w:val="0"/>
        <w:autoSpaceDN w:val="0"/>
        <w:spacing w:before="190" w:after="0" w:line="230" w:lineRule="auto"/>
        <w:ind w:left="42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готовность адаптироваться в профессиональной среде; </w:t>
      </w:r>
    </w:p>
    <w:p w:rsidR="00FD218A" w:rsidRPr="001F0DBF" w:rsidRDefault="002D0CA0" w:rsidP="00134851">
      <w:pPr>
        <w:autoSpaceDE w:val="0"/>
        <w:autoSpaceDN w:val="0"/>
        <w:spacing w:before="192" w:after="0" w:line="262" w:lineRule="auto"/>
        <w:ind w:left="420" w:right="1152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уважение к труду и результатам трудовой деятельности, в том числе при изучении произведений русского фольклора и литературы; </w:t>
      </w:r>
    </w:p>
    <w:p w:rsidR="00FD218A" w:rsidRPr="001F0DBF" w:rsidRDefault="002D0CA0" w:rsidP="00134851">
      <w:pPr>
        <w:autoSpaceDE w:val="0"/>
        <w:autoSpaceDN w:val="0"/>
        <w:spacing w:before="190" w:after="0" w:line="262" w:lineRule="auto"/>
        <w:ind w:left="420" w:right="576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FD218A" w:rsidRPr="001F0DBF" w:rsidRDefault="002D0CA0" w:rsidP="00134851">
      <w:pPr>
        <w:autoSpaceDE w:val="0"/>
        <w:autoSpaceDN w:val="0"/>
        <w:spacing w:before="298" w:after="0" w:line="230" w:lineRule="auto"/>
        <w:ind w:left="18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Экологического воспитания:</w:t>
      </w:r>
    </w:p>
    <w:p w:rsidR="00FD218A" w:rsidRPr="001F0DBF" w:rsidRDefault="002D0CA0" w:rsidP="00134851">
      <w:pPr>
        <w:autoSpaceDE w:val="0"/>
        <w:autoSpaceDN w:val="0"/>
        <w:spacing w:before="178" w:after="0" w:line="271" w:lineRule="auto"/>
        <w:ind w:left="420" w:right="14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FD218A" w:rsidRPr="001F0DBF" w:rsidRDefault="002D0CA0" w:rsidP="00134851">
      <w:pPr>
        <w:autoSpaceDE w:val="0"/>
        <w:autoSpaceDN w:val="0"/>
        <w:spacing w:before="190" w:after="0" w:line="262" w:lineRule="auto"/>
        <w:ind w:left="42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повышение уровня экологической культуры, осознание глобального характера экологических проблем и путей их решения; </w:t>
      </w:r>
    </w:p>
    <w:p w:rsidR="00FD218A" w:rsidRPr="001F0DBF" w:rsidRDefault="002D0CA0" w:rsidP="00134851">
      <w:pPr>
        <w:autoSpaceDE w:val="0"/>
        <w:autoSpaceDN w:val="0"/>
        <w:spacing w:before="190" w:after="0" w:line="271" w:lineRule="auto"/>
        <w:ind w:left="420" w:right="1296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:rsidR="00FD218A" w:rsidRPr="001F0DBF" w:rsidRDefault="002D0CA0" w:rsidP="00134851">
      <w:pPr>
        <w:autoSpaceDE w:val="0"/>
        <w:autoSpaceDN w:val="0"/>
        <w:spacing w:before="190" w:after="0" w:line="262" w:lineRule="auto"/>
        <w:ind w:left="420" w:right="432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осознание своей роли как гражданина и потребителя в условиях взаимосвязи природной, технологической и социальной сред; </w:t>
      </w:r>
    </w:p>
    <w:p w:rsidR="00FD218A" w:rsidRPr="001F0DBF" w:rsidRDefault="002D0CA0" w:rsidP="00134851">
      <w:pPr>
        <w:autoSpaceDE w:val="0"/>
        <w:autoSpaceDN w:val="0"/>
        <w:spacing w:before="190" w:after="0" w:line="230" w:lineRule="auto"/>
        <w:ind w:left="42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готовность к участию в практической деятельности экологической направленности.</w:t>
      </w:r>
    </w:p>
    <w:p w:rsidR="00FD218A" w:rsidRPr="001F0DBF" w:rsidRDefault="002D0CA0" w:rsidP="00134851">
      <w:pPr>
        <w:autoSpaceDE w:val="0"/>
        <w:autoSpaceDN w:val="0"/>
        <w:spacing w:before="298" w:after="0" w:line="230" w:lineRule="auto"/>
        <w:ind w:left="18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Ценности научного познания:</w:t>
      </w:r>
    </w:p>
    <w:p w:rsidR="00FD218A" w:rsidRPr="001F0DBF" w:rsidRDefault="002D0CA0" w:rsidP="00134851">
      <w:pPr>
        <w:autoSpaceDE w:val="0"/>
        <w:autoSpaceDN w:val="0"/>
        <w:spacing w:before="180" w:after="0"/>
        <w:ind w:left="42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:rsidR="00FD218A" w:rsidRPr="001F0DBF" w:rsidRDefault="002D0CA0" w:rsidP="00134851">
      <w:pPr>
        <w:autoSpaceDE w:val="0"/>
        <w:autoSpaceDN w:val="0"/>
        <w:spacing w:before="190" w:after="0" w:line="230" w:lineRule="auto"/>
        <w:ind w:left="42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овладение языковой и читательской культурой как средством познания мира; </w:t>
      </w:r>
    </w:p>
    <w:p w:rsidR="00FD218A" w:rsidRPr="001F0DBF" w:rsidRDefault="002D0CA0" w:rsidP="00134851">
      <w:pPr>
        <w:autoSpaceDE w:val="0"/>
        <w:autoSpaceDN w:val="0"/>
        <w:spacing w:before="190" w:after="0" w:line="262" w:lineRule="auto"/>
        <w:ind w:left="420" w:right="72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овладение основными навыками исследовательской деятельности с учётом специфики школьного литературного образования; </w:t>
      </w:r>
    </w:p>
    <w:p w:rsidR="00FD218A" w:rsidRPr="001F0DBF" w:rsidRDefault="002D0CA0" w:rsidP="00134851">
      <w:pPr>
        <w:autoSpaceDE w:val="0"/>
        <w:autoSpaceDN w:val="0"/>
        <w:spacing w:before="190" w:after="0" w:line="262" w:lineRule="auto"/>
        <w:ind w:left="420" w:right="432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FD218A" w:rsidRPr="001F0DBF" w:rsidRDefault="002D0CA0" w:rsidP="00134851">
      <w:pPr>
        <w:tabs>
          <w:tab w:val="left" w:pos="180"/>
        </w:tabs>
        <w:autoSpaceDE w:val="0"/>
        <w:autoSpaceDN w:val="0"/>
        <w:spacing w:before="178" w:after="0" w:line="262" w:lineRule="auto"/>
        <w:ind w:right="28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FD218A" w:rsidRPr="001F0DBF" w:rsidRDefault="002D0CA0" w:rsidP="00134851">
      <w:pPr>
        <w:autoSpaceDE w:val="0"/>
        <w:autoSpaceDN w:val="0"/>
        <w:spacing w:before="178" w:after="0" w:line="262" w:lineRule="auto"/>
        <w:ind w:left="42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</w:t>
      </w:r>
    </w:p>
    <w:p w:rsidR="00FD218A" w:rsidRPr="001F0DBF" w:rsidRDefault="00FD218A" w:rsidP="00134851">
      <w:pPr>
        <w:jc w:val="both"/>
        <w:rPr>
          <w:rFonts w:ascii="Times New Roman" w:hAnsi="Times New Roman" w:cs="Times New Roman"/>
          <w:sz w:val="20"/>
          <w:szCs w:val="20"/>
          <w:lang w:val="ru-RU"/>
        </w:rPr>
        <w:sectPr w:rsidR="00FD218A" w:rsidRPr="001F0DBF" w:rsidSect="00D24907">
          <w:pgSz w:w="11900" w:h="16840"/>
          <w:pgMar w:top="316" w:right="772" w:bottom="422" w:left="666" w:header="720" w:footer="720" w:gutter="0"/>
          <w:cols w:space="720" w:equalWidth="0">
            <w:col w:w="10462" w:space="0"/>
          </w:cols>
          <w:docGrid w:linePitch="360"/>
        </w:sectPr>
      </w:pPr>
    </w:p>
    <w:p w:rsidR="00FD218A" w:rsidRPr="001F0DBF" w:rsidRDefault="00FD218A" w:rsidP="00134851">
      <w:pPr>
        <w:autoSpaceDE w:val="0"/>
        <w:autoSpaceDN w:val="0"/>
        <w:spacing w:after="66" w:line="220" w:lineRule="exact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FD218A" w:rsidRPr="001F0DBF" w:rsidRDefault="002D0CA0" w:rsidP="00134851">
      <w:pPr>
        <w:autoSpaceDE w:val="0"/>
        <w:autoSpaceDN w:val="0"/>
        <w:spacing w:after="0" w:line="271" w:lineRule="auto"/>
        <w:ind w:left="42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</w:p>
    <w:p w:rsidR="00FD218A" w:rsidRPr="001F0DBF" w:rsidRDefault="002D0CA0" w:rsidP="00134851">
      <w:pPr>
        <w:autoSpaceDE w:val="0"/>
        <w:autoSpaceDN w:val="0"/>
        <w:spacing w:before="190" w:after="0" w:line="230" w:lineRule="auto"/>
        <w:ind w:left="42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изучение и оценка социальных ролей персонажей литературных произведений;</w:t>
      </w:r>
    </w:p>
    <w:p w:rsidR="00FD218A" w:rsidRPr="001F0DBF" w:rsidRDefault="002D0CA0" w:rsidP="00134851">
      <w:pPr>
        <w:autoSpaceDE w:val="0"/>
        <w:autoSpaceDN w:val="0"/>
        <w:spacing w:before="190" w:after="0" w:line="262" w:lineRule="auto"/>
        <w:ind w:left="420" w:right="14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потребность во взаимодействии в условиях неопределённости, открытость опыту и знаниям других; </w:t>
      </w:r>
    </w:p>
    <w:p w:rsidR="00FD218A" w:rsidRPr="001F0DBF" w:rsidRDefault="002D0CA0" w:rsidP="00134851">
      <w:pPr>
        <w:autoSpaceDE w:val="0"/>
        <w:autoSpaceDN w:val="0"/>
        <w:spacing w:before="190" w:after="0" w:line="271" w:lineRule="auto"/>
        <w:ind w:left="420" w:right="28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FD218A" w:rsidRPr="001F0DBF" w:rsidRDefault="002D0CA0" w:rsidP="00134851">
      <w:pPr>
        <w:autoSpaceDE w:val="0"/>
        <w:autoSpaceDN w:val="0"/>
        <w:spacing w:before="192" w:after="0"/>
        <w:ind w:left="420" w:right="28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:rsidR="00FD218A" w:rsidRPr="001F0DBF" w:rsidRDefault="002D0CA0" w:rsidP="00134851">
      <w:pPr>
        <w:autoSpaceDE w:val="0"/>
        <w:autoSpaceDN w:val="0"/>
        <w:spacing w:before="190" w:after="0" w:line="262" w:lineRule="auto"/>
        <w:ind w:left="420" w:right="86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умение оперировать основными понятиями, терминами и представлениями в области концепции устойчивого развития; </w:t>
      </w:r>
    </w:p>
    <w:p w:rsidR="00FD218A" w:rsidRPr="001F0DBF" w:rsidRDefault="002D0CA0" w:rsidP="00134851">
      <w:pPr>
        <w:autoSpaceDE w:val="0"/>
        <w:autoSpaceDN w:val="0"/>
        <w:spacing w:before="190" w:after="0" w:line="230" w:lineRule="auto"/>
        <w:ind w:left="42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анализировать и выявлять взаимосвязи природы, общества и экономики; </w:t>
      </w:r>
    </w:p>
    <w:p w:rsidR="00FD218A" w:rsidRPr="001F0DBF" w:rsidRDefault="002D0CA0" w:rsidP="00134851">
      <w:pPr>
        <w:autoSpaceDE w:val="0"/>
        <w:autoSpaceDN w:val="0"/>
        <w:spacing w:before="190" w:after="0" w:line="262" w:lineRule="auto"/>
        <w:ind w:left="420" w:right="576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FD218A" w:rsidRPr="001F0DBF" w:rsidRDefault="002D0CA0" w:rsidP="00134851">
      <w:pPr>
        <w:autoSpaceDE w:val="0"/>
        <w:autoSpaceDN w:val="0"/>
        <w:spacing w:before="190" w:after="0" w:line="262" w:lineRule="auto"/>
        <w:ind w:left="420" w:right="432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:rsidR="00FD218A" w:rsidRPr="001F0DBF" w:rsidRDefault="002D0CA0" w:rsidP="00134851">
      <w:pPr>
        <w:autoSpaceDE w:val="0"/>
        <w:autoSpaceDN w:val="0"/>
        <w:spacing w:before="190" w:after="0" w:line="230" w:lineRule="auto"/>
        <w:ind w:left="42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воспринимать стрессовую ситуацию как вызов, требующий контрмер; </w:t>
      </w:r>
    </w:p>
    <w:p w:rsidR="00FD218A" w:rsidRPr="001F0DBF" w:rsidRDefault="002D0CA0" w:rsidP="00134851">
      <w:pPr>
        <w:autoSpaceDE w:val="0"/>
        <w:autoSpaceDN w:val="0"/>
        <w:spacing w:before="190" w:after="0" w:line="230" w:lineRule="auto"/>
        <w:ind w:left="42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оценивать ситуацию стресса, корректировать принимаемые решения и действия; </w:t>
      </w:r>
    </w:p>
    <w:p w:rsidR="00FD218A" w:rsidRPr="001F0DBF" w:rsidRDefault="002D0CA0" w:rsidP="00134851">
      <w:pPr>
        <w:autoSpaceDE w:val="0"/>
        <w:autoSpaceDN w:val="0"/>
        <w:spacing w:before="190" w:after="0" w:line="262" w:lineRule="auto"/>
        <w:ind w:left="420" w:right="86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формулировать и оценивать риски и последствия, формировать опыт, уметь находить позитивное в произошедшей ситуации; </w:t>
      </w:r>
    </w:p>
    <w:p w:rsidR="00FD218A" w:rsidRPr="001F0DBF" w:rsidRDefault="002D0CA0" w:rsidP="00134851">
      <w:pPr>
        <w:autoSpaceDE w:val="0"/>
        <w:autoSpaceDN w:val="0"/>
        <w:spacing w:before="190" w:after="0" w:line="230" w:lineRule="auto"/>
        <w:ind w:left="42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быть готовым действовать в отсутствии гарантий успеха.</w:t>
      </w:r>
    </w:p>
    <w:p w:rsidR="00FD218A" w:rsidRPr="001F0DBF" w:rsidRDefault="002D0CA0" w:rsidP="00134851">
      <w:pPr>
        <w:autoSpaceDE w:val="0"/>
        <w:autoSpaceDN w:val="0"/>
        <w:spacing w:before="322" w:after="0" w:line="23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МЕТАПРЕДМЕТНЫЕ РЕЗУЛЬТАТЫ</w:t>
      </w:r>
    </w:p>
    <w:p w:rsidR="00FD218A" w:rsidRPr="001F0DBF" w:rsidRDefault="002D0CA0" w:rsidP="00134851">
      <w:pPr>
        <w:autoSpaceDE w:val="0"/>
        <w:autoSpaceDN w:val="0"/>
        <w:spacing w:before="168" w:after="0" w:line="230" w:lineRule="auto"/>
        <w:ind w:left="18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К концу обучения у обучающегося формируются следующие универсальные учебные действия.</w:t>
      </w:r>
    </w:p>
    <w:p w:rsidR="00FD218A" w:rsidRPr="001F0DBF" w:rsidRDefault="002D0CA0" w:rsidP="00134851">
      <w:pPr>
        <w:autoSpaceDE w:val="0"/>
        <w:autoSpaceDN w:val="0"/>
        <w:spacing w:before="192" w:after="0" w:line="230" w:lineRule="auto"/>
        <w:ind w:left="18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val="ru-RU"/>
        </w:rPr>
        <w:t>Универсальные учебные познавательные действия:</w:t>
      </w:r>
    </w:p>
    <w:p w:rsidR="00FD218A" w:rsidRPr="001F0DBF" w:rsidRDefault="002D0CA0" w:rsidP="00134851">
      <w:pPr>
        <w:autoSpaceDE w:val="0"/>
        <w:autoSpaceDN w:val="0"/>
        <w:spacing w:before="190" w:after="0" w:line="230" w:lineRule="auto"/>
        <w:ind w:left="18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1) Базовые логические действия:</w:t>
      </w:r>
    </w:p>
    <w:p w:rsidR="00FD218A" w:rsidRPr="001F0DBF" w:rsidRDefault="002D0CA0" w:rsidP="00134851">
      <w:pPr>
        <w:autoSpaceDE w:val="0"/>
        <w:autoSpaceDN w:val="0"/>
        <w:spacing w:before="178" w:after="0" w:line="271" w:lineRule="auto"/>
        <w:ind w:left="420" w:right="28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:rsidR="00FD218A" w:rsidRPr="001F0DBF" w:rsidRDefault="002D0CA0" w:rsidP="00134851">
      <w:pPr>
        <w:autoSpaceDE w:val="0"/>
        <w:autoSpaceDN w:val="0"/>
        <w:spacing w:before="190" w:after="0" w:line="271" w:lineRule="auto"/>
        <w:ind w:left="420" w:right="14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FD218A" w:rsidRPr="001F0DBF" w:rsidRDefault="002D0CA0" w:rsidP="00134851">
      <w:pPr>
        <w:autoSpaceDE w:val="0"/>
        <w:autoSpaceDN w:val="0"/>
        <w:spacing w:before="190" w:after="0" w:line="262" w:lineRule="auto"/>
        <w:ind w:left="42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:rsidR="00FD218A" w:rsidRPr="001F0DBF" w:rsidRDefault="002D0CA0" w:rsidP="00134851">
      <w:pPr>
        <w:autoSpaceDE w:val="0"/>
        <w:autoSpaceDN w:val="0"/>
        <w:spacing w:before="190" w:after="0" w:line="262" w:lineRule="auto"/>
        <w:ind w:left="420" w:right="576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предлагать критерии для выявления закономерностей и противоречий с учётом учебной задачи;</w:t>
      </w:r>
    </w:p>
    <w:p w:rsidR="00FD218A" w:rsidRPr="001F0DBF" w:rsidRDefault="00FD218A" w:rsidP="00134851">
      <w:pPr>
        <w:jc w:val="both"/>
        <w:rPr>
          <w:rFonts w:ascii="Times New Roman" w:hAnsi="Times New Roman" w:cs="Times New Roman"/>
          <w:sz w:val="20"/>
          <w:szCs w:val="20"/>
          <w:lang w:val="ru-RU"/>
        </w:rPr>
        <w:sectPr w:rsidR="00FD218A" w:rsidRPr="001F0DBF" w:rsidSect="00D24907">
          <w:pgSz w:w="11900" w:h="16840"/>
          <w:pgMar w:top="286" w:right="768" w:bottom="368" w:left="666" w:header="720" w:footer="720" w:gutter="0"/>
          <w:cols w:space="720" w:equalWidth="0">
            <w:col w:w="10466" w:space="0"/>
          </w:cols>
          <w:docGrid w:linePitch="360"/>
        </w:sectPr>
      </w:pPr>
    </w:p>
    <w:p w:rsidR="00FD218A" w:rsidRPr="001F0DBF" w:rsidRDefault="00FD218A" w:rsidP="00134851">
      <w:pPr>
        <w:autoSpaceDE w:val="0"/>
        <w:autoSpaceDN w:val="0"/>
        <w:spacing w:after="78" w:line="220" w:lineRule="exact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FD218A" w:rsidRPr="001F0DBF" w:rsidRDefault="002D0CA0" w:rsidP="00134851">
      <w:pPr>
        <w:autoSpaceDE w:val="0"/>
        <w:autoSpaceDN w:val="0"/>
        <w:spacing w:after="0" w:line="262" w:lineRule="auto"/>
        <w:ind w:left="24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выявлять дефициты информации, данных, необходимых для решения поставленной учебной задачи;</w:t>
      </w:r>
    </w:p>
    <w:p w:rsidR="00FD218A" w:rsidRPr="001F0DBF" w:rsidRDefault="002D0CA0" w:rsidP="00134851">
      <w:pPr>
        <w:autoSpaceDE w:val="0"/>
        <w:autoSpaceDN w:val="0"/>
        <w:spacing w:before="190" w:after="0" w:line="23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выявлять причинно-следственные связи при изучении литературных явлений и процессов;</w:t>
      </w:r>
    </w:p>
    <w:p w:rsidR="00FD218A" w:rsidRPr="001F0DBF" w:rsidRDefault="002D0CA0" w:rsidP="00134851">
      <w:pPr>
        <w:autoSpaceDE w:val="0"/>
        <w:autoSpaceDN w:val="0"/>
        <w:spacing w:before="190" w:after="0" w:line="262" w:lineRule="auto"/>
        <w:ind w:left="240" w:right="1296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делать выводы с использованием дедуктивных и индуктивных умозаключений, умозаключений по аналогии;</w:t>
      </w:r>
    </w:p>
    <w:p w:rsidR="00FD218A" w:rsidRPr="001F0DBF" w:rsidRDefault="002D0CA0" w:rsidP="00134851">
      <w:pPr>
        <w:autoSpaceDE w:val="0"/>
        <w:autoSpaceDN w:val="0"/>
        <w:spacing w:before="190" w:after="0" w:line="230" w:lineRule="auto"/>
        <w:ind w:left="24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формулировать гипотезы об их взаимосвязях;</w:t>
      </w:r>
    </w:p>
    <w:p w:rsidR="00FD218A" w:rsidRPr="001F0DBF" w:rsidRDefault="002D0CA0" w:rsidP="00134851">
      <w:pPr>
        <w:autoSpaceDE w:val="0"/>
        <w:autoSpaceDN w:val="0"/>
        <w:spacing w:before="190" w:after="0" w:line="271" w:lineRule="auto"/>
        <w:ind w:left="240" w:right="28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FD218A" w:rsidRPr="001F0DBF" w:rsidRDefault="002D0CA0" w:rsidP="00134851">
      <w:pPr>
        <w:autoSpaceDE w:val="0"/>
        <w:autoSpaceDN w:val="0"/>
        <w:spacing w:before="180" w:after="0" w:line="23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2) Базовые исследовательские действия:</w:t>
      </w:r>
    </w:p>
    <w:p w:rsidR="00FD218A" w:rsidRPr="001F0DBF" w:rsidRDefault="002D0CA0" w:rsidP="00134851">
      <w:pPr>
        <w:autoSpaceDE w:val="0"/>
        <w:autoSpaceDN w:val="0"/>
        <w:spacing w:before="180" w:after="0" w:line="262" w:lineRule="auto"/>
        <w:ind w:left="24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FD218A" w:rsidRPr="001F0DBF" w:rsidRDefault="002D0CA0" w:rsidP="00134851">
      <w:pPr>
        <w:autoSpaceDE w:val="0"/>
        <w:autoSpaceDN w:val="0"/>
        <w:spacing w:before="190" w:after="0" w:line="262" w:lineRule="auto"/>
        <w:ind w:left="240" w:right="86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использовать вопросы как исследовательский инструмент познания в литературном образовании;</w:t>
      </w:r>
    </w:p>
    <w:p w:rsidR="00FD218A" w:rsidRPr="001F0DBF" w:rsidRDefault="002D0CA0" w:rsidP="00134851">
      <w:pPr>
        <w:autoSpaceDE w:val="0"/>
        <w:autoSpaceDN w:val="0"/>
        <w:spacing w:before="190" w:after="0" w:line="262" w:lineRule="auto"/>
        <w:ind w:left="240" w:right="1152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формировать гипотезу об истинности собственных суждений и суждений других, аргументировать свою позицию, мнение</w:t>
      </w:r>
    </w:p>
    <w:p w:rsidR="00FD218A" w:rsidRPr="001F0DBF" w:rsidRDefault="002D0CA0" w:rsidP="00134851">
      <w:pPr>
        <w:autoSpaceDE w:val="0"/>
        <w:autoSpaceDN w:val="0"/>
        <w:spacing w:before="190" w:after="0" w:line="271" w:lineRule="auto"/>
        <w:ind w:left="24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проводить по самостоятельно составленному плану небольшое исследование по </w:t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FD218A" w:rsidRPr="001F0DBF" w:rsidRDefault="002D0CA0" w:rsidP="00134851">
      <w:pPr>
        <w:autoSpaceDE w:val="0"/>
        <w:autoSpaceDN w:val="0"/>
        <w:spacing w:before="190" w:after="0" w:line="262" w:lineRule="auto"/>
        <w:ind w:left="24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оценивать на применимость и достоверность информацию, полученную в ходе исследования (эксперимента);</w:t>
      </w:r>
    </w:p>
    <w:p w:rsidR="00FD218A" w:rsidRPr="001F0DBF" w:rsidRDefault="002D0CA0" w:rsidP="00134851">
      <w:pPr>
        <w:autoSpaceDE w:val="0"/>
        <w:autoSpaceDN w:val="0"/>
        <w:spacing w:before="190" w:after="0" w:line="262" w:lineRule="auto"/>
        <w:ind w:left="240" w:right="86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самостоятельно формулировать обобщения и выводы по результатам проведённого наблюдения, опыта, исследования;</w:t>
      </w:r>
    </w:p>
    <w:p w:rsidR="00FD218A" w:rsidRPr="001F0DBF" w:rsidRDefault="002D0CA0" w:rsidP="00134851">
      <w:pPr>
        <w:autoSpaceDE w:val="0"/>
        <w:autoSpaceDN w:val="0"/>
        <w:spacing w:before="190" w:after="0" w:line="230" w:lineRule="auto"/>
        <w:ind w:left="24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владеть инструментами оценки достоверности полученных выводов и обобщений;</w:t>
      </w:r>
    </w:p>
    <w:p w:rsidR="00FD218A" w:rsidRPr="001F0DBF" w:rsidRDefault="002D0CA0" w:rsidP="00134851">
      <w:pPr>
        <w:autoSpaceDE w:val="0"/>
        <w:autoSpaceDN w:val="0"/>
        <w:spacing w:before="190" w:after="0" w:line="271" w:lineRule="auto"/>
        <w:ind w:left="240" w:right="14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FD218A" w:rsidRPr="001F0DBF" w:rsidRDefault="002D0CA0" w:rsidP="00134851">
      <w:pPr>
        <w:autoSpaceDE w:val="0"/>
        <w:autoSpaceDN w:val="0"/>
        <w:spacing w:before="180" w:after="0" w:line="23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3) Работа с информацией:</w:t>
      </w:r>
    </w:p>
    <w:p w:rsidR="00FD218A" w:rsidRPr="001F0DBF" w:rsidRDefault="002D0CA0" w:rsidP="00134851">
      <w:pPr>
        <w:autoSpaceDE w:val="0"/>
        <w:autoSpaceDN w:val="0"/>
        <w:spacing w:before="180" w:after="0" w:line="271" w:lineRule="auto"/>
        <w:ind w:left="240" w:right="14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FD218A" w:rsidRPr="001F0DBF" w:rsidRDefault="002D0CA0" w:rsidP="00134851">
      <w:pPr>
        <w:autoSpaceDE w:val="0"/>
        <w:autoSpaceDN w:val="0"/>
        <w:spacing w:before="190" w:after="0" w:line="262" w:lineRule="auto"/>
        <w:ind w:left="240" w:right="28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FD218A" w:rsidRPr="001F0DBF" w:rsidRDefault="002D0CA0" w:rsidP="00134851">
      <w:pPr>
        <w:autoSpaceDE w:val="0"/>
        <w:autoSpaceDN w:val="0"/>
        <w:spacing w:before="190" w:after="0" w:line="262" w:lineRule="auto"/>
        <w:ind w:left="240" w:right="432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FD218A" w:rsidRPr="001F0DBF" w:rsidRDefault="002D0CA0" w:rsidP="00134851">
      <w:pPr>
        <w:autoSpaceDE w:val="0"/>
        <w:autoSpaceDN w:val="0"/>
        <w:spacing w:before="190" w:after="0" w:line="271" w:lineRule="auto"/>
        <w:ind w:left="24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FD218A" w:rsidRPr="001F0DBF" w:rsidRDefault="002D0CA0" w:rsidP="00134851">
      <w:pPr>
        <w:autoSpaceDE w:val="0"/>
        <w:autoSpaceDN w:val="0"/>
        <w:spacing w:before="190" w:after="0" w:line="262" w:lineRule="auto"/>
        <w:ind w:left="240" w:right="28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FD218A" w:rsidRPr="001F0DBF" w:rsidRDefault="00FD218A" w:rsidP="00134851">
      <w:pPr>
        <w:jc w:val="both"/>
        <w:rPr>
          <w:rFonts w:ascii="Times New Roman" w:hAnsi="Times New Roman" w:cs="Times New Roman"/>
          <w:sz w:val="20"/>
          <w:szCs w:val="20"/>
          <w:lang w:val="ru-RU"/>
        </w:rPr>
        <w:sectPr w:rsidR="00FD218A" w:rsidRPr="001F0DBF" w:rsidSect="00D24907">
          <w:pgSz w:w="11900" w:h="16840"/>
          <w:pgMar w:top="298" w:right="858" w:bottom="318" w:left="846" w:header="720" w:footer="720" w:gutter="0"/>
          <w:cols w:space="720" w:equalWidth="0">
            <w:col w:w="10196" w:space="0"/>
          </w:cols>
          <w:docGrid w:linePitch="360"/>
        </w:sectPr>
      </w:pPr>
    </w:p>
    <w:p w:rsidR="00FD218A" w:rsidRPr="001F0DBF" w:rsidRDefault="00FD218A" w:rsidP="00134851">
      <w:pPr>
        <w:autoSpaceDE w:val="0"/>
        <w:autoSpaceDN w:val="0"/>
        <w:spacing w:after="126" w:line="220" w:lineRule="exact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FD218A" w:rsidRPr="001F0DBF" w:rsidRDefault="002D0CA0" w:rsidP="00134851">
      <w:pPr>
        <w:autoSpaceDE w:val="0"/>
        <w:autoSpaceDN w:val="0"/>
        <w:spacing w:after="0" w:line="230" w:lineRule="auto"/>
        <w:ind w:left="24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эффективно запоминать и систематизировать эту информацию.</w:t>
      </w:r>
    </w:p>
    <w:p w:rsidR="00FD218A" w:rsidRPr="001F0DBF" w:rsidRDefault="002D0CA0" w:rsidP="00134851">
      <w:pPr>
        <w:autoSpaceDE w:val="0"/>
        <w:autoSpaceDN w:val="0"/>
        <w:spacing w:before="178" w:after="0" w:line="23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val="ru-RU"/>
        </w:rPr>
        <w:t>Универсальные учебные коммуникативные действия:</w:t>
      </w:r>
    </w:p>
    <w:p w:rsidR="00FD218A" w:rsidRPr="001F0DBF" w:rsidRDefault="002D0CA0" w:rsidP="00134851">
      <w:pPr>
        <w:autoSpaceDE w:val="0"/>
        <w:autoSpaceDN w:val="0"/>
        <w:spacing w:before="190" w:after="0" w:line="23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1)</w:t>
      </w:r>
      <w:r w:rsidRPr="001F0DBF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ru-RU"/>
        </w:rPr>
        <w:t xml:space="preserve"> Общение</w:t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:</w:t>
      </w:r>
    </w:p>
    <w:p w:rsidR="00FD218A" w:rsidRPr="001F0DBF" w:rsidRDefault="002D0CA0" w:rsidP="00134851">
      <w:pPr>
        <w:autoSpaceDE w:val="0"/>
        <w:autoSpaceDN w:val="0"/>
        <w:spacing w:before="178" w:after="0" w:line="262" w:lineRule="auto"/>
        <w:ind w:left="240" w:right="28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воспринимать и формулировать суждения, выражать эмоции в соответствии с условиями и целями общения;</w:t>
      </w:r>
    </w:p>
    <w:p w:rsidR="00FD218A" w:rsidRPr="001F0DBF" w:rsidRDefault="002D0CA0" w:rsidP="00134851">
      <w:pPr>
        <w:autoSpaceDE w:val="0"/>
        <w:autoSpaceDN w:val="0"/>
        <w:spacing w:before="190" w:after="0" w:line="271" w:lineRule="auto"/>
        <w:ind w:left="24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</w:t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произведениях, и смягчать конфликты, вести переговоры;</w:t>
      </w:r>
    </w:p>
    <w:p w:rsidR="00FD218A" w:rsidRPr="001F0DBF" w:rsidRDefault="002D0CA0" w:rsidP="00134851">
      <w:pPr>
        <w:autoSpaceDE w:val="0"/>
        <w:autoSpaceDN w:val="0"/>
        <w:spacing w:before="192" w:after="0" w:line="230" w:lineRule="auto"/>
        <w:ind w:left="24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выражать себя (свою точку зрения) в устных и письменных текстах;</w:t>
      </w:r>
    </w:p>
    <w:p w:rsidR="00FD218A" w:rsidRPr="001F0DBF" w:rsidRDefault="002D0CA0" w:rsidP="00134851">
      <w:pPr>
        <w:autoSpaceDE w:val="0"/>
        <w:autoSpaceDN w:val="0"/>
        <w:spacing w:before="192" w:after="0" w:line="262" w:lineRule="auto"/>
        <w:ind w:left="240" w:right="14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понимать намерения других, проявлять уважительное отношение к собеседнику и корректно формулировать свои возражения;</w:t>
      </w:r>
    </w:p>
    <w:p w:rsidR="00FD218A" w:rsidRPr="001F0DBF" w:rsidRDefault="002D0CA0" w:rsidP="00134851">
      <w:pPr>
        <w:autoSpaceDE w:val="0"/>
        <w:autoSpaceDN w:val="0"/>
        <w:spacing w:before="190" w:after="0" w:line="271" w:lineRule="auto"/>
        <w:ind w:left="24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FD218A" w:rsidRPr="001F0DBF" w:rsidRDefault="002D0CA0" w:rsidP="00134851">
      <w:pPr>
        <w:autoSpaceDE w:val="0"/>
        <w:autoSpaceDN w:val="0"/>
        <w:spacing w:before="190" w:after="0" w:line="262" w:lineRule="auto"/>
        <w:ind w:left="240" w:right="86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сопоставлять свои суждения с суждениями других участников диалога, обнаруживать различие и сходство позиций;</w:t>
      </w:r>
    </w:p>
    <w:p w:rsidR="00FD218A" w:rsidRPr="001F0DBF" w:rsidRDefault="002D0CA0" w:rsidP="00134851">
      <w:pPr>
        <w:autoSpaceDE w:val="0"/>
        <w:autoSpaceDN w:val="0"/>
        <w:spacing w:before="190" w:after="0" w:line="262" w:lineRule="auto"/>
        <w:ind w:left="240" w:right="144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публично представлять результаты выполненного опыта (литературоведческого эксперимента, исследования, проекта);</w:t>
      </w:r>
    </w:p>
    <w:p w:rsidR="00FD218A" w:rsidRPr="001F0DBF" w:rsidRDefault="002D0CA0" w:rsidP="00134851">
      <w:pPr>
        <w:autoSpaceDE w:val="0"/>
        <w:autoSpaceDN w:val="0"/>
        <w:spacing w:before="190" w:after="0" w:line="271" w:lineRule="auto"/>
        <w:ind w:left="240" w:right="28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FD218A" w:rsidRPr="001F0DBF" w:rsidRDefault="002D0CA0" w:rsidP="00134851">
      <w:pPr>
        <w:autoSpaceDE w:val="0"/>
        <w:autoSpaceDN w:val="0"/>
        <w:spacing w:before="298" w:after="0" w:line="23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2) С</w:t>
      </w:r>
      <w:r w:rsidRPr="001F0DBF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ru-RU"/>
        </w:rPr>
        <w:t>овместная деятельность</w:t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:</w:t>
      </w:r>
    </w:p>
    <w:p w:rsidR="00FD218A" w:rsidRPr="001F0DBF" w:rsidRDefault="002D0CA0" w:rsidP="00134851">
      <w:pPr>
        <w:autoSpaceDE w:val="0"/>
        <w:autoSpaceDN w:val="0"/>
        <w:spacing w:before="178" w:after="0"/>
        <w:ind w:left="240" w:right="86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:rsidR="00FD218A" w:rsidRPr="001F0DBF" w:rsidRDefault="002D0CA0" w:rsidP="00134851">
      <w:pPr>
        <w:autoSpaceDE w:val="0"/>
        <w:autoSpaceDN w:val="0"/>
        <w:spacing w:before="192" w:after="0" w:line="271" w:lineRule="auto"/>
        <w:ind w:left="240" w:right="432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FD218A" w:rsidRPr="001F0DBF" w:rsidRDefault="002D0CA0" w:rsidP="00134851">
      <w:pPr>
        <w:autoSpaceDE w:val="0"/>
        <w:autoSpaceDN w:val="0"/>
        <w:spacing w:before="190" w:after="0" w:line="230" w:lineRule="auto"/>
        <w:ind w:left="24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уметь обобщать мнения нескольких людей;</w:t>
      </w:r>
    </w:p>
    <w:p w:rsidR="00FD218A" w:rsidRPr="001F0DBF" w:rsidRDefault="002D0CA0" w:rsidP="00134851">
      <w:pPr>
        <w:autoSpaceDE w:val="0"/>
        <w:autoSpaceDN w:val="0"/>
        <w:spacing w:before="190" w:after="0" w:line="281" w:lineRule="auto"/>
        <w:ind w:left="24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проявлять готовность руководить, выполнять поручения, подчиняться; планировать </w:t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</w:t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(обсуждения, обмен мнений, «мозговые штурмы» и иные);</w:t>
      </w:r>
    </w:p>
    <w:p w:rsidR="00FD218A" w:rsidRPr="001F0DBF" w:rsidRDefault="002D0CA0" w:rsidP="00134851">
      <w:pPr>
        <w:autoSpaceDE w:val="0"/>
        <w:autoSpaceDN w:val="0"/>
        <w:spacing w:before="190" w:after="0" w:line="262" w:lineRule="auto"/>
        <w:ind w:left="24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:rsidR="00FD218A" w:rsidRPr="001F0DBF" w:rsidRDefault="002D0CA0" w:rsidP="00134851">
      <w:pPr>
        <w:autoSpaceDE w:val="0"/>
        <w:autoSpaceDN w:val="0"/>
        <w:spacing w:before="190" w:after="0" w:line="271" w:lineRule="auto"/>
        <w:ind w:left="240" w:right="432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:rsidR="00FD218A" w:rsidRPr="001F0DBF" w:rsidRDefault="00FD218A" w:rsidP="00134851">
      <w:pPr>
        <w:jc w:val="both"/>
        <w:rPr>
          <w:rFonts w:ascii="Times New Roman" w:hAnsi="Times New Roman" w:cs="Times New Roman"/>
          <w:sz w:val="20"/>
          <w:szCs w:val="20"/>
          <w:lang w:val="ru-RU"/>
        </w:rPr>
        <w:sectPr w:rsidR="00FD218A" w:rsidRPr="001F0DBF" w:rsidSect="00D24907">
          <w:pgSz w:w="11900" w:h="16840"/>
          <w:pgMar w:top="346" w:right="728" w:bottom="332" w:left="846" w:header="720" w:footer="720" w:gutter="0"/>
          <w:cols w:space="720" w:equalWidth="0">
            <w:col w:w="10326" w:space="0"/>
          </w:cols>
          <w:docGrid w:linePitch="360"/>
        </w:sectPr>
      </w:pPr>
    </w:p>
    <w:p w:rsidR="00FD218A" w:rsidRPr="001F0DBF" w:rsidRDefault="00FD218A" w:rsidP="00134851">
      <w:pPr>
        <w:autoSpaceDE w:val="0"/>
        <w:autoSpaceDN w:val="0"/>
        <w:spacing w:after="114" w:line="220" w:lineRule="exact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FD218A" w:rsidRPr="001F0DBF" w:rsidRDefault="002D0CA0" w:rsidP="00134851">
      <w:pPr>
        <w:autoSpaceDE w:val="0"/>
        <w:autoSpaceDN w:val="0"/>
        <w:spacing w:after="0" w:line="271" w:lineRule="auto"/>
        <w:ind w:left="24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FD218A" w:rsidRPr="001F0DBF" w:rsidRDefault="002D0CA0" w:rsidP="00134851">
      <w:pPr>
        <w:autoSpaceDE w:val="0"/>
        <w:autoSpaceDN w:val="0"/>
        <w:spacing w:before="190" w:after="0" w:line="262" w:lineRule="auto"/>
        <w:ind w:left="240" w:right="86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сопоставлять свои суждения с суждениями других участников диалога, обнаруживать различие и сходство позиций;</w:t>
      </w:r>
    </w:p>
    <w:p w:rsidR="00FD218A" w:rsidRPr="001F0DBF" w:rsidRDefault="002D0CA0" w:rsidP="00134851">
      <w:pPr>
        <w:autoSpaceDE w:val="0"/>
        <w:autoSpaceDN w:val="0"/>
        <w:spacing w:before="190" w:after="0" w:line="262" w:lineRule="auto"/>
        <w:ind w:left="240" w:right="144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публично представлять результаты выполненного опыта (литературоведческого эксперимента, исследования, проекта); </w:t>
      </w:r>
    </w:p>
    <w:p w:rsidR="00FD218A" w:rsidRPr="001F0DBF" w:rsidRDefault="002D0CA0" w:rsidP="00134851">
      <w:pPr>
        <w:autoSpaceDE w:val="0"/>
        <w:autoSpaceDN w:val="0"/>
        <w:spacing w:before="190" w:after="0" w:line="271" w:lineRule="auto"/>
        <w:ind w:left="240" w:right="28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FD218A" w:rsidRPr="001F0DBF" w:rsidRDefault="002D0CA0" w:rsidP="00134851">
      <w:pPr>
        <w:autoSpaceDE w:val="0"/>
        <w:autoSpaceDN w:val="0"/>
        <w:spacing w:before="192" w:after="0" w:line="230" w:lineRule="auto"/>
        <w:ind w:left="24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участниками взаимодействия на литературных занятиях;</w:t>
      </w:r>
    </w:p>
    <w:p w:rsidR="00FD218A" w:rsidRPr="001F0DBF" w:rsidRDefault="002D0CA0" w:rsidP="00134851">
      <w:pPr>
        <w:autoSpaceDE w:val="0"/>
        <w:autoSpaceDN w:val="0"/>
        <w:spacing w:before="190" w:after="0" w:line="271" w:lineRule="auto"/>
        <w:ind w:left="240" w:right="14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FD218A" w:rsidRPr="001F0DBF" w:rsidRDefault="002D0CA0" w:rsidP="00134851">
      <w:pPr>
        <w:autoSpaceDE w:val="0"/>
        <w:autoSpaceDN w:val="0"/>
        <w:spacing w:before="178" w:after="0" w:line="23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val="ru-RU"/>
        </w:rPr>
        <w:t>Универсальные учебные регулятивные действия:</w:t>
      </w:r>
    </w:p>
    <w:p w:rsidR="00FD218A" w:rsidRPr="001F0DBF" w:rsidRDefault="002D0CA0" w:rsidP="00134851">
      <w:pPr>
        <w:autoSpaceDE w:val="0"/>
        <w:autoSpaceDN w:val="0"/>
        <w:spacing w:before="190" w:after="0" w:line="23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1)</w:t>
      </w:r>
      <w:r w:rsidRPr="001F0DBF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ru-RU"/>
        </w:rPr>
        <w:t xml:space="preserve"> Самоорганизация</w:t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:</w:t>
      </w:r>
    </w:p>
    <w:p w:rsidR="00FD218A" w:rsidRPr="001F0DBF" w:rsidRDefault="002D0CA0" w:rsidP="00134851">
      <w:pPr>
        <w:autoSpaceDE w:val="0"/>
        <w:autoSpaceDN w:val="0"/>
        <w:spacing w:before="178" w:after="0" w:line="262" w:lineRule="auto"/>
        <w:ind w:left="240" w:right="28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FD218A" w:rsidRPr="001F0DBF" w:rsidRDefault="002D0CA0" w:rsidP="00134851">
      <w:pPr>
        <w:autoSpaceDE w:val="0"/>
        <w:autoSpaceDN w:val="0"/>
        <w:spacing w:before="190" w:after="0" w:line="262" w:lineRule="auto"/>
        <w:ind w:left="240" w:right="72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FD218A" w:rsidRPr="001F0DBF" w:rsidRDefault="002D0CA0" w:rsidP="00134851">
      <w:pPr>
        <w:autoSpaceDE w:val="0"/>
        <w:autoSpaceDN w:val="0"/>
        <w:spacing w:before="190" w:after="0" w:line="271" w:lineRule="auto"/>
        <w:ind w:left="240" w:right="432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FD218A" w:rsidRPr="001F0DBF" w:rsidRDefault="002D0CA0" w:rsidP="00134851">
      <w:pPr>
        <w:autoSpaceDE w:val="0"/>
        <w:autoSpaceDN w:val="0"/>
        <w:spacing w:before="190" w:after="0" w:line="271" w:lineRule="auto"/>
        <w:ind w:left="240" w:right="72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:rsidR="00FD218A" w:rsidRPr="001F0DBF" w:rsidRDefault="002D0CA0" w:rsidP="00134851">
      <w:pPr>
        <w:autoSpaceDE w:val="0"/>
        <w:autoSpaceDN w:val="0"/>
        <w:spacing w:before="190" w:after="0" w:line="230" w:lineRule="auto"/>
        <w:ind w:left="24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делать выбор и брать ответственность за решение.</w:t>
      </w:r>
    </w:p>
    <w:p w:rsidR="00FD218A" w:rsidRPr="001F0DBF" w:rsidRDefault="002D0CA0" w:rsidP="00134851">
      <w:pPr>
        <w:autoSpaceDE w:val="0"/>
        <w:autoSpaceDN w:val="0"/>
        <w:spacing w:before="180" w:after="0" w:line="23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2) С</w:t>
      </w:r>
      <w:r w:rsidRPr="001F0DBF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ru-RU"/>
        </w:rPr>
        <w:t>амоконтроль</w:t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:</w:t>
      </w:r>
    </w:p>
    <w:p w:rsidR="00FD218A" w:rsidRPr="001F0DBF" w:rsidRDefault="002D0CA0" w:rsidP="00134851">
      <w:pPr>
        <w:autoSpaceDE w:val="0"/>
        <w:autoSpaceDN w:val="0"/>
        <w:spacing w:before="180" w:after="0" w:line="262" w:lineRule="auto"/>
        <w:ind w:left="240" w:right="432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владеть способами самоконтроля, </w:t>
      </w:r>
      <w:proofErr w:type="spellStart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самомотивации</w:t>
      </w:r>
      <w:proofErr w:type="spellEnd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и рефлексии в школьном литературном образовании; давать адекватную оценку учебной ситуации и предлагать план её изменения;</w:t>
      </w:r>
    </w:p>
    <w:p w:rsidR="00FD218A" w:rsidRPr="001F0DBF" w:rsidRDefault="002D0CA0" w:rsidP="00134851">
      <w:pPr>
        <w:autoSpaceDE w:val="0"/>
        <w:autoSpaceDN w:val="0"/>
        <w:spacing w:before="190" w:after="0" w:line="262" w:lineRule="auto"/>
        <w:ind w:left="24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FD218A" w:rsidRPr="001F0DBF" w:rsidRDefault="002D0CA0" w:rsidP="00134851">
      <w:pPr>
        <w:autoSpaceDE w:val="0"/>
        <w:autoSpaceDN w:val="0"/>
        <w:spacing w:before="190" w:after="0" w:line="262" w:lineRule="auto"/>
        <w:ind w:left="240" w:right="432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объяснять причины достижения (</w:t>
      </w:r>
      <w:proofErr w:type="spellStart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недостижения</w:t>
      </w:r>
      <w:proofErr w:type="spellEnd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) результатов деятельности, давать оценку приобретённому опыту, уметь находить позитивное в произошедшей ситуации;</w:t>
      </w:r>
    </w:p>
    <w:p w:rsidR="00FD218A" w:rsidRPr="001F0DBF" w:rsidRDefault="002D0CA0" w:rsidP="00134851">
      <w:pPr>
        <w:autoSpaceDE w:val="0"/>
        <w:autoSpaceDN w:val="0"/>
        <w:spacing w:before="190" w:after="0" w:line="271" w:lineRule="auto"/>
        <w:ind w:left="240" w:right="28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:rsidR="00FD218A" w:rsidRPr="001F0DBF" w:rsidRDefault="002D0CA0" w:rsidP="00134851">
      <w:pPr>
        <w:autoSpaceDE w:val="0"/>
        <w:autoSpaceDN w:val="0"/>
        <w:spacing w:before="178" w:after="0" w:line="23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3) </w:t>
      </w:r>
      <w:r w:rsidRPr="001F0DBF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ru-RU"/>
        </w:rPr>
        <w:t>Эмоциональный интеллект</w:t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:</w:t>
      </w:r>
    </w:p>
    <w:p w:rsidR="00FD218A" w:rsidRPr="001F0DBF" w:rsidRDefault="002D0CA0" w:rsidP="00134851">
      <w:pPr>
        <w:autoSpaceDE w:val="0"/>
        <w:autoSpaceDN w:val="0"/>
        <w:spacing w:before="178" w:after="0" w:line="262" w:lineRule="auto"/>
        <w:ind w:left="24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развивать способность различать и называть собственные эмоции, управлять ими и эмоциями других;</w:t>
      </w:r>
    </w:p>
    <w:p w:rsidR="00FD218A" w:rsidRPr="001F0DBF" w:rsidRDefault="00FD218A" w:rsidP="00134851">
      <w:pPr>
        <w:jc w:val="both"/>
        <w:rPr>
          <w:rFonts w:ascii="Times New Roman" w:hAnsi="Times New Roman" w:cs="Times New Roman"/>
          <w:sz w:val="20"/>
          <w:szCs w:val="20"/>
          <w:lang w:val="ru-RU"/>
        </w:rPr>
        <w:sectPr w:rsidR="00FD218A" w:rsidRPr="001F0DBF" w:rsidSect="00D24907">
          <w:pgSz w:w="11900" w:h="16840"/>
          <w:pgMar w:top="334" w:right="720" w:bottom="296" w:left="846" w:header="720" w:footer="720" w:gutter="0"/>
          <w:cols w:space="720" w:equalWidth="0">
            <w:col w:w="10334" w:space="0"/>
          </w:cols>
          <w:docGrid w:linePitch="360"/>
        </w:sectPr>
      </w:pPr>
    </w:p>
    <w:p w:rsidR="00FD218A" w:rsidRPr="001F0DBF" w:rsidRDefault="00FD218A" w:rsidP="00134851">
      <w:pPr>
        <w:autoSpaceDE w:val="0"/>
        <w:autoSpaceDN w:val="0"/>
        <w:spacing w:after="150" w:line="220" w:lineRule="exact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FD218A" w:rsidRPr="001F0DBF" w:rsidRDefault="002D0CA0" w:rsidP="00134851">
      <w:pPr>
        <w:autoSpaceDE w:val="0"/>
        <w:autoSpaceDN w:val="0"/>
        <w:spacing w:after="0" w:line="230" w:lineRule="auto"/>
        <w:ind w:left="42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выявлять и анализировать причины эмоций;</w:t>
      </w:r>
    </w:p>
    <w:p w:rsidR="00FD218A" w:rsidRPr="001F0DBF" w:rsidRDefault="002D0CA0" w:rsidP="00134851">
      <w:pPr>
        <w:autoSpaceDE w:val="0"/>
        <w:autoSpaceDN w:val="0"/>
        <w:spacing w:before="190" w:after="0" w:line="262" w:lineRule="auto"/>
        <w:ind w:left="420" w:right="28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ставить себя на место другого человека, понимать мотивы и намерения другого, анализируя примеры из художественной литературы;</w:t>
      </w:r>
    </w:p>
    <w:p w:rsidR="00FD218A" w:rsidRPr="001F0DBF" w:rsidRDefault="002D0CA0" w:rsidP="00134851">
      <w:pPr>
        <w:autoSpaceDE w:val="0"/>
        <w:autoSpaceDN w:val="0"/>
        <w:spacing w:before="190" w:after="0" w:line="230" w:lineRule="auto"/>
        <w:ind w:left="42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регулировать способ выражения своих эмоций;</w:t>
      </w:r>
    </w:p>
    <w:p w:rsidR="00FD218A" w:rsidRPr="001F0DBF" w:rsidRDefault="002D0CA0" w:rsidP="00134851">
      <w:pPr>
        <w:autoSpaceDE w:val="0"/>
        <w:autoSpaceDN w:val="0"/>
        <w:spacing w:before="298" w:after="0" w:line="230" w:lineRule="auto"/>
        <w:ind w:left="18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4)</w:t>
      </w:r>
      <w:r w:rsidRPr="001F0DBF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ru-RU"/>
        </w:rPr>
        <w:t xml:space="preserve"> Принятие себя и других</w:t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:</w:t>
      </w:r>
    </w:p>
    <w:p w:rsidR="00FD218A" w:rsidRPr="001F0DBF" w:rsidRDefault="002D0CA0" w:rsidP="00134851">
      <w:pPr>
        <w:autoSpaceDE w:val="0"/>
        <w:autoSpaceDN w:val="0"/>
        <w:spacing w:before="178" w:after="0" w:line="262" w:lineRule="auto"/>
        <w:ind w:left="420" w:right="14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осознанно относиться к другому человеку, его мнению, размышляя над взаимоотношениями литературных героев;</w:t>
      </w:r>
    </w:p>
    <w:p w:rsidR="00FD218A" w:rsidRPr="001F0DBF" w:rsidRDefault="002D0CA0" w:rsidP="00134851">
      <w:pPr>
        <w:autoSpaceDE w:val="0"/>
        <w:autoSpaceDN w:val="0"/>
        <w:spacing w:before="192" w:after="0" w:line="262" w:lineRule="auto"/>
        <w:ind w:left="420" w:right="576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признавать своё право на ошибку и такое же право другого; принимать себя и других, не осуждая;</w:t>
      </w:r>
    </w:p>
    <w:p w:rsidR="00FD218A" w:rsidRPr="001F0DBF" w:rsidRDefault="002D0CA0" w:rsidP="00134851">
      <w:pPr>
        <w:autoSpaceDE w:val="0"/>
        <w:autoSpaceDN w:val="0"/>
        <w:spacing w:before="192" w:after="0" w:line="230" w:lineRule="auto"/>
        <w:ind w:left="42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проявлять открытость себе и другим;</w:t>
      </w:r>
    </w:p>
    <w:p w:rsidR="00FD218A" w:rsidRPr="001F0DBF" w:rsidRDefault="002D0CA0" w:rsidP="00134851">
      <w:pPr>
        <w:autoSpaceDE w:val="0"/>
        <w:autoSpaceDN w:val="0"/>
        <w:spacing w:before="190" w:after="0" w:line="230" w:lineRule="auto"/>
        <w:ind w:left="42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осознавать невозможность контролировать всё вокруг.</w:t>
      </w:r>
    </w:p>
    <w:p w:rsidR="00FD218A" w:rsidRPr="001F0DBF" w:rsidRDefault="002D0CA0" w:rsidP="00134851">
      <w:pPr>
        <w:autoSpaceDE w:val="0"/>
        <w:autoSpaceDN w:val="0"/>
        <w:spacing w:before="322" w:after="0" w:line="23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ПРЕДМЕТНЫЕ РЕЗУЛЬТАТЫ</w:t>
      </w:r>
    </w:p>
    <w:p w:rsidR="00FD218A" w:rsidRPr="001F0DBF" w:rsidRDefault="002D0CA0" w:rsidP="00134851">
      <w:pPr>
        <w:tabs>
          <w:tab w:val="left" w:pos="180"/>
        </w:tabs>
        <w:autoSpaceDE w:val="0"/>
        <w:autoSpaceDN w:val="0"/>
        <w:spacing w:before="166" w:after="0" w:line="281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1)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Федерации; </w:t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2) понимать, что литература — это вид искусства и что художественный текст отличается от текста научного, делового, публицистического; </w:t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3) владеть элементарными умениями воспринимать, анализировать, интерпретировать и оценивать прочитанные произведения:</w:t>
      </w:r>
    </w:p>
    <w:p w:rsidR="00FD218A" w:rsidRPr="001F0DBF" w:rsidRDefault="002D0CA0" w:rsidP="00134851">
      <w:pPr>
        <w:autoSpaceDE w:val="0"/>
        <w:autoSpaceDN w:val="0"/>
        <w:spacing w:before="178" w:after="0"/>
        <w:ind w:left="420" w:right="28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определять тему и главную мысль произведения, иметь начальные представления о родах и жанрах литературы; характеризовать героев-персонажей, давать их сравнительные </w:t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характеристики; выявлять элементарные особенности языка художественного произведения, поэтической и прозаической речи;</w:t>
      </w:r>
    </w:p>
    <w:p w:rsidR="00FD218A" w:rsidRPr="001F0DBF" w:rsidRDefault="002D0CA0" w:rsidP="00134851">
      <w:pPr>
        <w:autoSpaceDE w:val="0"/>
        <w:autoSpaceDN w:val="0"/>
        <w:spacing w:before="190" w:after="0" w:line="283" w:lineRule="auto"/>
        <w:ind w:left="42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понимать смысловое наполнение теоретико-литературных понятий и учиться использовать их в процессе анализа и интерпретации произведений: художественная литература и устное народное творчество; проза и поэзия; художественный образ; литературные жанры (народная сказка, литературная сказка, рассказ, повесть, стихотворение, басня); тема, идея, проблематика; сюжет, композиция; литературный герой (персонаж), речевая характеристика персонажей; портрет, пейзаж, художественная деталь; эпитет, сравнение, метафора, олицетворение; аллегория; ритм, рифма;</w:t>
      </w:r>
    </w:p>
    <w:p w:rsidR="00FD218A" w:rsidRPr="001F0DBF" w:rsidRDefault="002D0CA0" w:rsidP="00134851">
      <w:pPr>
        <w:autoSpaceDE w:val="0"/>
        <w:autoSpaceDN w:val="0"/>
        <w:spacing w:before="190" w:after="0" w:line="230" w:lineRule="auto"/>
        <w:ind w:left="42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сопоставлять темы и сюжеты произведений, образы персонажей;</w:t>
      </w:r>
    </w:p>
    <w:p w:rsidR="00FD218A" w:rsidRPr="001F0DBF" w:rsidRDefault="002D0CA0" w:rsidP="00134851">
      <w:pPr>
        <w:autoSpaceDE w:val="0"/>
        <w:autoSpaceDN w:val="0"/>
        <w:spacing w:before="190" w:after="0" w:line="271" w:lineRule="auto"/>
        <w:ind w:left="420" w:right="41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(с учётом возраста, литературного развития обучающихся);</w:t>
      </w:r>
    </w:p>
    <w:p w:rsidR="00FD218A" w:rsidRPr="001F0DBF" w:rsidRDefault="002D0CA0" w:rsidP="00134851">
      <w:pPr>
        <w:tabs>
          <w:tab w:val="left" w:pos="180"/>
        </w:tabs>
        <w:autoSpaceDE w:val="0"/>
        <w:autoSpaceDN w:val="0"/>
        <w:spacing w:before="178" w:after="0" w:line="283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4) выразительно читать, в том числе наизусть (не менее 5 поэтических произведений, не выученных ранее), передавая личное отношение к произведению (с учётом литературного развития и </w:t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индивидуальных особенностей обучающихся); </w:t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5) пересказывать прочитанное произведение, используя подробный, сжатый, выборочный пересказ, отвечать на вопросы по прочитанному произведению и с помощью учителя формулировать вопросы к тексту; </w:t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6) участвовать в беседе и диалоге о прочитанном произведении, подбирать аргументы для оценки</w:t>
      </w:r>
    </w:p>
    <w:p w:rsidR="00FD218A" w:rsidRPr="001F0DBF" w:rsidRDefault="00FD218A" w:rsidP="00134851">
      <w:pPr>
        <w:jc w:val="both"/>
        <w:rPr>
          <w:rFonts w:ascii="Times New Roman" w:hAnsi="Times New Roman" w:cs="Times New Roman"/>
          <w:sz w:val="20"/>
          <w:szCs w:val="20"/>
          <w:lang w:val="ru-RU"/>
        </w:rPr>
        <w:sectPr w:rsidR="00FD218A" w:rsidRPr="001F0DBF" w:rsidSect="00D24907">
          <w:pgSz w:w="11900" w:h="16840"/>
          <w:pgMar w:top="370" w:right="684" w:bottom="432" w:left="666" w:header="720" w:footer="720" w:gutter="0"/>
          <w:cols w:space="720" w:equalWidth="0">
            <w:col w:w="10550" w:space="0"/>
          </w:cols>
          <w:docGrid w:linePitch="360"/>
        </w:sectPr>
      </w:pPr>
    </w:p>
    <w:p w:rsidR="00FD218A" w:rsidRPr="001F0DBF" w:rsidRDefault="00FD218A" w:rsidP="00134851">
      <w:pPr>
        <w:autoSpaceDE w:val="0"/>
        <w:autoSpaceDN w:val="0"/>
        <w:spacing w:after="66" w:line="220" w:lineRule="exact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FD218A" w:rsidRPr="001F0DBF" w:rsidRDefault="002D0CA0" w:rsidP="00134851">
      <w:pPr>
        <w:tabs>
          <w:tab w:val="left" w:pos="180"/>
        </w:tabs>
        <w:autoSpaceDE w:val="0"/>
        <w:autoSpaceDN w:val="0"/>
        <w:spacing w:after="0" w:line="288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прочитанного (с учётом литературного развития обучающихся); </w:t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7) создавать устные и письменные высказывания разных жанров объемом не менее 70 слов (с учётом литературного развития обучающихся); </w:t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8) владеть начальными умениями интерпретации и оценки текстуально изученных произведений фольклора и литературы; </w:t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9) осознавать важность чтения и изучения произведений устного народного творчества и </w:t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художественной литературы для познания мира, формирования эмоциональных и эстетических впечатлений, а также для собственного развития; </w:t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10) планировать с помощью учителя собственное досуговое чтение, расширять свой круг чтения, в том числе за счёт произведений современной литературы для детей и подростков; </w:t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11) участвовать в создании элементарных учебных проектов под руководством учителя и учиться публично представлять их результаты (с учётом литературного развития обучающихся); </w:t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12) владеть начальными умениями использовать словари и справочники, в том числе в электронной форме; пользоваться под руководством учителя электронными библиотеками и другими </w:t>
      </w:r>
      <w:proofErr w:type="spellStart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интернет-ресурсами</w:t>
      </w:r>
      <w:proofErr w:type="spellEnd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, соблюдая правила информационной безопасности.</w:t>
      </w:r>
    </w:p>
    <w:p w:rsidR="00FD218A" w:rsidRPr="001F0DBF" w:rsidRDefault="00FD218A">
      <w:pPr>
        <w:rPr>
          <w:rFonts w:ascii="Times New Roman" w:hAnsi="Times New Roman" w:cs="Times New Roman"/>
          <w:sz w:val="20"/>
          <w:szCs w:val="20"/>
          <w:lang w:val="ru-RU"/>
        </w:rPr>
        <w:sectPr w:rsidR="00FD218A" w:rsidRPr="001F0DBF" w:rsidSect="00D24907">
          <w:pgSz w:w="11900" w:h="16840"/>
          <w:pgMar w:top="286" w:right="770" w:bottom="1440" w:left="666" w:header="720" w:footer="720" w:gutter="0"/>
          <w:cols w:space="720" w:equalWidth="0">
            <w:col w:w="10464" w:space="0"/>
          </w:cols>
          <w:docGrid w:linePitch="360"/>
        </w:sectPr>
      </w:pPr>
    </w:p>
    <w:p w:rsidR="00FD218A" w:rsidRPr="001F0DBF" w:rsidRDefault="00FD218A">
      <w:pPr>
        <w:autoSpaceDE w:val="0"/>
        <w:autoSpaceDN w:val="0"/>
        <w:spacing w:after="64" w:line="22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FD218A" w:rsidRPr="001F0DBF" w:rsidRDefault="002D0CA0">
      <w:pPr>
        <w:autoSpaceDE w:val="0"/>
        <w:autoSpaceDN w:val="0"/>
        <w:spacing w:after="258" w:line="233" w:lineRule="auto"/>
        <w:rPr>
          <w:rFonts w:ascii="Times New Roman" w:hAnsi="Times New Roman" w:cs="Times New Roman"/>
          <w:sz w:val="20"/>
          <w:szCs w:val="20"/>
        </w:rPr>
      </w:pPr>
      <w:r w:rsidRPr="001F0DBF">
        <w:rPr>
          <w:rFonts w:ascii="Times New Roman" w:eastAsia="Times New Roman" w:hAnsi="Times New Roman" w:cs="Times New Roman"/>
          <w:b/>
          <w:color w:val="000000"/>
          <w:w w:val="101"/>
          <w:sz w:val="20"/>
          <w:szCs w:val="20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6316"/>
        <w:gridCol w:w="528"/>
        <w:gridCol w:w="1104"/>
        <w:gridCol w:w="1142"/>
        <w:gridCol w:w="864"/>
        <w:gridCol w:w="2534"/>
        <w:gridCol w:w="1236"/>
        <w:gridCol w:w="1382"/>
      </w:tblGrid>
      <w:tr w:rsidR="00FD218A" w:rsidRPr="001F0DBF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№</w:t>
            </w:r>
            <w:r w:rsidRPr="001F0DB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п/п</w:t>
            </w:r>
          </w:p>
        </w:tc>
        <w:tc>
          <w:tcPr>
            <w:tcW w:w="63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Количество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часов</w:t>
            </w:r>
            <w:proofErr w:type="spellEnd"/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Дата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r w:rsidRPr="001F0DB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изучения</w:t>
            </w:r>
            <w:proofErr w:type="spellEnd"/>
          </w:p>
        </w:tc>
        <w:tc>
          <w:tcPr>
            <w:tcW w:w="2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Виды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деятельности</w:t>
            </w:r>
            <w:proofErr w:type="spellEnd"/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Виды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,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формы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контроля</w:t>
            </w:r>
            <w:proofErr w:type="spellEnd"/>
          </w:p>
        </w:tc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5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Электронные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r w:rsidRPr="001F0DB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(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цифровые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) </w:t>
            </w:r>
            <w:r w:rsidRPr="001F0DB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образовательные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ресурсы</w:t>
            </w:r>
            <w:proofErr w:type="spellEnd"/>
          </w:p>
        </w:tc>
      </w:tr>
      <w:tr w:rsidR="00FD218A" w:rsidRPr="001F0DBF">
        <w:trPr>
          <w:trHeight w:hRule="exact" w:val="576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всего</w:t>
            </w:r>
            <w:proofErr w:type="spellEnd"/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контрольные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практические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218A" w:rsidRPr="001F0DBF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Раздел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1.</w:t>
            </w:r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Мифология</w:t>
            </w:r>
            <w:proofErr w:type="spellEnd"/>
          </w:p>
        </w:tc>
      </w:tr>
      <w:tr w:rsidR="00FD218A" w:rsidRPr="001F0DBF">
        <w:trPr>
          <w:trHeight w:hRule="exact" w:val="734"/>
        </w:trPr>
        <w:tc>
          <w:tcPr>
            <w:tcW w:w="3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1.1.</w:t>
            </w:r>
          </w:p>
        </w:tc>
        <w:tc>
          <w:tcPr>
            <w:tcW w:w="63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Мифы народов России и мира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01.09.2021 05.09.2021</w:t>
            </w:r>
          </w:p>
        </w:tc>
        <w:tc>
          <w:tcPr>
            <w:tcW w:w="25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50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Сопоставлять мифы разных народов, сравнивать их с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эпическими произведениями;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ЯКласс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, РЭШ,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Скайсмарт</w:t>
            </w:r>
            <w:proofErr w:type="spellEnd"/>
          </w:p>
        </w:tc>
      </w:tr>
      <w:tr w:rsidR="00FD218A" w:rsidRPr="001F0DBF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1.2.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Внеклассное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чтение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06.06.2022 11.06.2022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Высказать свое отношение к прочитанному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Письменный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контроль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ЯКласс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, РЭШ,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Скайсмарт</w:t>
            </w:r>
            <w:proofErr w:type="spellEnd"/>
          </w:p>
        </w:tc>
      </w:tr>
      <w:tr w:rsidR="00FD218A" w:rsidRPr="001F0DBF">
        <w:trPr>
          <w:trHeight w:hRule="exact" w:val="348"/>
        </w:trPr>
        <w:tc>
          <w:tcPr>
            <w:tcW w:w="6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Итого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4</w:t>
            </w:r>
          </w:p>
        </w:tc>
        <w:tc>
          <w:tcPr>
            <w:tcW w:w="82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218A" w:rsidRPr="001F0DBF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Раздел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2.</w:t>
            </w:r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Фольклор</w:t>
            </w:r>
            <w:proofErr w:type="spellEnd"/>
          </w:p>
        </w:tc>
      </w:tr>
      <w:tr w:rsidR="00FD218A" w:rsidRPr="001F0DBF">
        <w:trPr>
          <w:trHeight w:hRule="exact" w:val="188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2.1.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Малые жанры: пословицы, поговорки, загадки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13.09.2021 18.09.2021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Выразительно читать фольклорные произведения малых жанров,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отвечать на вопросы;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Отличать пословицы от поговорок; Сопоставлять русские пословицы и поговорки с пословицами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поговорками других народов;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Уметь сочинять и разгадывать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загадки;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ЯКласс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, РЭШ,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Скайсмарт</w:t>
            </w:r>
            <w:proofErr w:type="spellEnd"/>
          </w:p>
        </w:tc>
      </w:tr>
      <w:tr w:rsidR="00FD218A" w:rsidRPr="001F0DBF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2.2.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Развитие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речи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22.09.2021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Высказать свое отношение к прочитанному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Практическая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работа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ЯКласс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, РЭШ,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Скайсмарт</w:t>
            </w:r>
            <w:proofErr w:type="spellEnd"/>
          </w:p>
        </w:tc>
      </w:tr>
      <w:tr w:rsidR="00FD218A" w:rsidRPr="001F0DBF">
        <w:trPr>
          <w:trHeight w:hRule="exact" w:val="354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2.3.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Сказки народов России и народов мира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21.06.2022 23.06.2022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54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Определять виды сказок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(волшебные, бытовые, о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животных);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Определять и формулировать тему и основную мысль прочитанной сказки;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Характеризовать героев сказок, оценивать их поступки;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Определять особенности языка и композиции народных сказок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разных народов (зачин, концовка, постоянные эпитеты, устойчивые выражения и др.);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Сочинять собственные сказки,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употребляя сказочные устойчивые выражения;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Инсценировать любимую сказку;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ЯКласс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, РЭШ,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Скайсмарт</w:t>
            </w:r>
            <w:proofErr w:type="spellEnd"/>
          </w:p>
        </w:tc>
      </w:tr>
      <w:tr w:rsidR="00FD218A" w:rsidRPr="001F0DBF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2.4.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Внеклассное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чтение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24.06.2022 26.06.2022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Высказать свое отношение к прочитанному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литрекон</w:t>
            </w:r>
            <w:proofErr w:type="spellEnd"/>
          </w:p>
        </w:tc>
      </w:tr>
      <w:tr w:rsidR="00FD218A" w:rsidRPr="001F0DBF">
        <w:trPr>
          <w:trHeight w:hRule="exact" w:val="328"/>
        </w:trPr>
        <w:tc>
          <w:tcPr>
            <w:tcW w:w="6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Итого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9</w:t>
            </w:r>
          </w:p>
        </w:tc>
        <w:tc>
          <w:tcPr>
            <w:tcW w:w="82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D218A" w:rsidRPr="001F0DBF" w:rsidRDefault="00FD218A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0"/>
          <w:szCs w:val="20"/>
        </w:rPr>
      </w:pPr>
    </w:p>
    <w:p w:rsidR="00FD218A" w:rsidRPr="001F0DBF" w:rsidRDefault="00FD218A">
      <w:pPr>
        <w:rPr>
          <w:rFonts w:ascii="Times New Roman" w:hAnsi="Times New Roman" w:cs="Times New Roman"/>
          <w:sz w:val="20"/>
          <w:szCs w:val="20"/>
        </w:rPr>
        <w:sectPr w:rsidR="00FD218A" w:rsidRPr="001F0DBF" w:rsidSect="00D24907">
          <w:pgSz w:w="16840" w:h="11900"/>
          <w:pgMar w:top="282" w:right="640" w:bottom="37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FD218A" w:rsidRPr="001F0DBF" w:rsidRDefault="00FD218A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6316"/>
        <w:gridCol w:w="528"/>
        <w:gridCol w:w="1104"/>
        <w:gridCol w:w="1142"/>
        <w:gridCol w:w="864"/>
        <w:gridCol w:w="2534"/>
        <w:gridCol w:w="1236"/>
        <w:gridCol w:w="1382"/>
      </w:tblGrid>
      <w:tr w:rsidR="00FD218A" w:rsidRPr="007D3E84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Раздел 3.</w:t>
            </w:r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 xml:space="preserve"> Литература первой половины </w:t>
            </w:r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XIX</w:t>
            </w:r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 xml:space="preserve"> века</w:t>
            </w:r>
          </w:p>
        </w:tc>
      </w:tr>
      <w:tr w:rsidR="00FD218A" w:rsidRPr="001F0DBF">
        <w:trPr>
          <w:trHeight w:hRule="exact" w:val="303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3.1.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И. А. Крылов. Басни (три по выбору). «Волк на псарне», «Листы и Корни», «Свинья под Дубом», «Квартет», «Осёл и Соловей», «Ворона и Лисица»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27.09.2021 01.10.2021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Выразительно читать басню, в том числе по ролям;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Определять и формулировать тему и основную мысль прочитанной басни;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Находить значение незнакомого слова в словаре;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Инсценировать басню;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Определять художественные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особенности басенного жанра;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Иметь первоначальное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представление об аллегории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морали;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Читать басню наизусть (по выбору обучающегося);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Практическая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работа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ЯКласс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, РЭШ,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Скайсмарт</w:t>
            </w:r>
            <w:proofErr w:type="spellEnd"/>
          </w:p>
        </w:tc>
      </w:tr>
      <w:tr w:rsidR="00FD218A" w:rsidRPr="001F0DBF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3.2.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Развитие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речи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02.10.2021 03.10.2021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Высказать свое отношение к прочитанному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Практическая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работа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ЯКласс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, РЭШ,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Скайсмарт</w:t>
            </w:r>
            <w:proofErr w:type="spellEnd"/>
          </w:p>
        </w:tc>
      </w:tr>
      <w:tr w:rsidR="00FD218A" w:rsidRPr="001F0DBF">
        <w:trPr>
          <w:trHeight w:hRule="exact" w:val="533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3.3.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А. С. Пушкин. Стихотворения (не менее трёх). «Зимнее утро», «Зимний вечер», «Няне» и др. </w:t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«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Сказка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о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мёртвой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царевне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и о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семи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богатырях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»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04.10.2021 14.10.2021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57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Выразительно читать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стихотворения;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Отличать поэтический текст от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прозаического, аргументировать свой ответ;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Определять тематическое единство подобранных произведений;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Выявлять средства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художественной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изобразительности в лирических произведениях (эпитет, метафору, олицетворение, сравнение);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Выполнять письменные работы по первоначальному анализу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стихотворения;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Заучивать стихотворения наизусть; Выразительно читать сказку,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отвечать на вопросы по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содержанию;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Определять идейно-тематическое содержание сказки А. С. Пушкина; Выявлять своеобразие авторской сказки и её отличие от народной; Выделять ключевые эпизоды в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тексте произведения;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Сопоставлять сказку с другими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видами искусства;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Зачет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ЯКласс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, РЭШ,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Скайсмарт</w:t>
            </w:r>
            <w:proofErr w:type="spellEnd"/>
          </w:p>
        </w:tc>
      </w:tr>
    </w:tbl>
    <w:p w:rsidR="00FD218A" w:rsidRPr="001F0DBF" w:rsidRDefault="00FD218A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0"/>
          <w:szCs w:val="20"/>
        </w:rPr>
      </w:pPr>
    </w:p>
    <w:p w:rsidR="00FD218A" w:rsidRPr="001F0DBF" w:rsidRDefault="00FD218A">
      <w:pPr>
        <w:rPr>
          <w:rFonts w:ascii="Times New Roman" w:hAnsi="Times New Roman" w:cs="Times New Roman"/>
          <w:sz w:val="20"/>
          <w:szCs w:val="20"/>
        </w:rPr>
        <w:sectPr w:rsidR="00FD218A" w:rsidRPr="001F0DBF" w:rsidSect="00D24907">
          <w:pgSz w:w="16840" w:h="11900"/>
          <w:pgMar w:top="284" w:right="640" w:bottom="1018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FD218A" w:rsidRPr="001F0DBF" w:rsidRDefault="00FD218A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6316"/>
        <w:gridCol w:w="528"/>
        <w:gridCol w:w="1104"/>
        <w:gridCol w:w="1142"/>
        <w:gridCol w:w="864"/>
        <w:gridCol w:w="2534"/>
        <w:gridCol w:w="1236"/>
        <w:gridCol w:w="1382"/>
      </w:tblGrid>
      <w:tr w:rsidR="00FD218A" w:rsidRPr="001F0DBF">
        <w:trPr>
          <w:trHeight w:hRule="exact" w:val="342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3.4.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М. Ю. Лермонтов. Стихотворение «Бородино»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15.10.2021 17.10.2021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Выразительно читать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стихотворение;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Отвечать на вопросы по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прочитанному тексту, задавать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вопросы с целью понимания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содержания стихотворения;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Определять его историческую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основу, идейно-тематическое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содержание;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Определять позицию автора;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Выявлять жанровые признаки и средства художественной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изобразительности в произведении (эпитет, олицетворение, сравнение, метафора);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Заучивать стихотворение наизусть; Писать мини-сочинение;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Зачет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ЯКласс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, РЭШ,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Скайсмарт</w:t>
            </w:r>
            <w:proofErr w:type="spellEnd"/>
          </w:p>
        </w:tc>
      </w:tr>
      <w:tr w:rsidR="00FD218A" w:rsidRPr="001F0DBF">
        <w:trPr>
          <w:trHeight w:hRule="exact" w:val="207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3.5.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Н. В. Гоголь. Повесть «Ночь перед Рождеством»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18.10.2021 20.10.2021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54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Пересказывать (кратко, подробно, выборочно) текст повести;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Выделять ключевые эпизоды в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тексте произведения;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Составлять устный отзыв о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прочитанном произведении;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Определять художественные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средства, создающие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фантастический настрой повести, а также картины народной жизни;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Самооценка с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использованием«Оценочного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листа»;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ЯКласс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, РЭШ,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Скайсмарт</w:t>
            </w:r>
            <w:proofErr w:type="spellEnd"/>
          </w:p>
        </w:tc>
      </w:tr>
      <w:tr w:rsidR="00FD218A" w:rsidRPr="001F0DBF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3.6.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Внеклассное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чтение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21.10.2021 24.10.2021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Высказать свое отношение к прочитанному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РЭШ</w:t>
            </w:r>
          </w:p>
        </w:tc>
      </w:tr>
      <w:tr w:rsidR="00FD218A" w:rsidRPr="001F0DBF">
        <w:trPr>
          <w:trHeight w:hRule="exact" w:val="348"/>
        </w:trPr>
        <w:tc>
          <w:tcPr>
            <w:tcW w:w="6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Итого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16</w:t>
            </w:r>
          </w:p>
        </w:tc>
        <w:tc>
          <w:tcPr>
            <w:tcW w:w="82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218A" w:rsidRPr="007D3E84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Раздел 4.</w:t>
            </w:r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 xml:space="preserve"> Литература второй половины </w:t>
            </w:r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XIX</w:t>
            </w:r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 xml:space="preserve"> века </w:t>
            </w:r>
          </w:p>
        </w:tc>
      </w:tr>
      <w:tr w:rsidR="00FD218A" w:rsidRPr="001F0DBF">
        <w:trPr>
          <w:trHeight w:hRule="exact" w:val="276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4.1.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И. С. Тургенев. Рассказ «Муму»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25.10.2021 07.11.2021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54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Выделять наиболее яркие эпизоды произведения;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Составлять простой план рассказа; Определять тему, идею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произведения;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Характеризовать главных героев рассказа;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Составлять устный портрет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Герасима;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Определять роль пейзажных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описаний;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Писать сочинение по содержанию рассказа;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Зачет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ЯКласс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, РЭШ,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Скайсмарт</w:t>
            </w:r>
            <w:proofErr w:type="spellEnd"/>
          </w:p>
        </w:tc>
      </w:tr>
      <w:tr w:rsidR="00FD218A" w:rsidRPr="001F0DBF">
        <w:trPr>
          <w:trHeight w:hRule="exact" w:val="52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4.2.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Развитие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речи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08.11.2021 10.11.2021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Высказать свое отношение к прочитанному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Письменный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контроль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ЯКласс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, РЭШ,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Скайсмарт</w:t>
            </w:r>
            <w:proofErr w:type="spellEnd"/>
          </w:p>
        </w:tc>
      </w:tr>
    </w:tbl>
    <w:p w:rsidR="00FD218A" w:rsidRPr="001F0DBF" w:rsidRDefault="00FD218A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0"/>
          <w:szCs w:val="20"/>
        </w:rPr>
      </w:pPr>
    </w:p>
    <w:p w:rsidR="00FD218A" w:rsidRPr="001F0DBF" w:rsidRDefault="00FD218A">
      <w:pPr>
        <w:rPr>
          <w:rFonts w:ascii="Times New Roman" w:hAnsi="Times New Roman" w:cs="Times New Roman"/>
          <w:sz w:val="20"/>
          <w:szCs w:val="20"/>
        </w:rPr>
        <w:sectPr w:rsidR="00FD218A" w:rsidRPr="001F0DBF" w:rsidSect="00D24907">
          <w:pgSz w:w="16840" w:h="11900"/>
          <w:pgMar w:top="284" w:right="640" w:bottom="6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FD218A" w:rsidRPr="001F0DBF" w:rsidRDefault="00FD218A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6316"/>
        <w:gridCol w:w="528"/>
        <w:gridCol w:w="1104"/>
        <w:gridCol w:w="1142"/>
        <w:gridCol w:w="864"/>
        <w:gridCol w:w="2534"/>
        <w:gridCol w:w="1236"/>
        <w:gridCol w:w="1382"/>
      </w:tblGrid>
      <w:tr w:rsidR="00FD218A" w:rsidRPr="001F0DBF">
        <w:trPr>
          <w:trHeight w:hRule="exact" w:val="227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4.3.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Н. А. Некрасов. Стихотворения (не менее двух). «Крестьянские дети». «Школьник».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Поэма«Мороз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, Красный нос» (фрагмент)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11.11.2021 17.11.2021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Выразительно читать поэтический текст, в том числе по ролям;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Определять тематическое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содержание стихотворения;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Характеризовать главных героев, лирического героя (автора);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Определять отношение автора к детям;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Выявлять средства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художественной выразительности; Заучивать стихотворение наизусть;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ЯКласс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, РЭШ,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Скайсмарт</w:t>
            </w:r>
            <w:proofErr w:type="spellEnd"/>
          </w:p>
        </w:tc>
      </w:tr>
      <w:tr w:rsidR="00FD218A" w:rsidRPr="001F0DBF">
        <w:trPr>
          <w:trHeight w:hRule="exact" w:val="438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4.4.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Л. Н. Толстой.</w:t>
            </w:r>
          </w:p>
          <w:p w:rsidR="00FD218A" w:rsidRPr="001F0DBF" w:rsidRDefault="002D0CA0">
            <w:pPr>
              <w:autoSpaceDE w:val="0"/>
              <w:autoSpaceDN w:val="0"/>
              <w:spacing w:before="18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 xml:space="preserve">Рассказ «Кавказский пленник»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18.11.2021 28.11.2021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57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Выразительно читать текст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рассказа, отвечать на вопросы,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пересказывать (подробно и сжато); Выявлять основную мысль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рассказа, определять его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композиционные особенности;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Выделять ключевые эпизоды в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тексте произведения;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Составлять план сообщения о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главных героях произведения;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Составлять сравнительную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характеристику Жилина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Костылина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Характеризовать горцев, их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обычаи и нравы;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Давать собственную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интерпретацию и оценку рассказа; Давать развёрнутый ответ на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вопрос, связанный со знанием и пониманием литературного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произведения;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Тестирование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ЯКласс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, РЭШ,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Скайсмарт</w:t>
            </w:r>
            <w:proofErr w:type="spellEnd"/>
          </w:p>
        </w:tc>
      </w:tr>
      <w:tr w:rsidR="00FD218A" w:rsidRPr="001F0DBF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4.5.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Внеклассное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чтение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01.12.2021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Высказать свое отношение к прочитанному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ЯКласс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, РЭШ,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Скайсмарт</w:t>
            </w:r>
            <w:proofErr w:type="spellEnd"/>
          </w:p>
        </w:tc>
      </w:tr>
      <w:tr w:rsidR="00FD218A" w:rsidRPr="001F0DBF">
        <w:trPr>
          <w:trHeight w:hRule="exact" w:val="348"/>
        </w:trPr>
        <w:tc>
          <w:tcPr>
            <w:tcW w:w="6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Итого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15</w:t>
            </w:r>
          </w:p>
        </w:tc>
        <w:tc>
          <w:tcPr>
            <w:tcW w:w="82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218A" w:rsidRPr="007D3E84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Раздел 5.Литература </w:t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XIX</w:t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—ХХ веков</w:t>
            </w:r>
          </w:p>
        </w:tc>
      </w:tr>
      <w:tr w:rsidR="00FD218A" w:rsidRPr="001F0DBF">
        <w:trPr>
          <w:trHeight w:hRule="exact" w:val="263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5.1.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7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Стихотворения отечественных поэтов </w:t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XIX</w:t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—ХХ веков о родной природе и о связи человека с Родиной (не менее пяти). Например, стихотворения А. К. Толстого, Ф. И. Тютчева, А. А. Фета, И. А. Бунина, А. А. Блока, С. А. Есенина, Н. М. Рубцова, Ю. П.</w:t>
            </w:r>
          </w:p>
          <w:p w:rsidR="00FD218A" w:rsidRPr="001F0DBF" w:rsidRDefault="002D0CA0">
            <w:pPr>
              <w:autoSpaceDE w:val="0"/>
              <w:autoSpaceDN w:val="0"/>
              <w:spacing w:before="20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Кузнецова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03.12.2021 15.12.2021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Выразительно читать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стихотворение, определять его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тематическое содержание, средства художественной выразительности (эпитет, метафора, сравнение,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олицетворение);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Выявлять музыкальность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поэтического текста;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Выражать личное читательское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отношение к прочитанному;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Заучивать одно из стихотворений наизусть;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ЯКласс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, РЭШ,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Скайсмарт</w:t>
            </w:r>
            <w:proofErr w:type="spellEnd"/>
          </w:p>
        </w:tc>
      </w:tr>
    </w:tbl>
    <w:p w:rsidR="00FD218A" w:rsidRPr="001F0DBF" w:rsidRDefault="00FD218A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0"/>
          <w:szCs w:val="20"/>
        </w:rPr>
      </w:pPr>
    </w:p>
    <w:p w:rsidR="00FD218A" w:rsidRPr="001F0DBF" w:rsidRDefault="00FD218A">
      <w:pPr>
        <w:rPr>
          <w:rFonts w:ascii="Times New Roman" w:hAnsi="Times New Roman" w:cs="Times New Roman"/>
          <w:sz w:val="20"/>
          <w:szCs w:val="20"/>
        </w:rPr>
        <w:sectPr w:rsidR="00FD218A" w:rsidRPr="001F0DBF" w:rsidSect="00D24907">
          <w:pgSz w:w="16840" w:h="11900"/>
          <w:pgMar w:top="284" w:right="640" w:bottom="388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FD218A" w:rsidRPr="001F0DBF" w:rsidRDefault="00FD218A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6316"/>
        <w:gridCol w:w="528"/>
        <w:gridCol w:w="1104"/>
        <w:gridCol w:w="1142"/>
        <w:gridCol w:w="864"/>
        <w:gridCol w:w="2534"/>
        <w:gridCol w:w="1236"/>
        <w:gridCol w:w="1382"/>
      </w:tblGrid>
      <w:tr w:rsidR="00FD218A" w:rsidRPr="001F0DBF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5.2.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Развитие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речи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16.12.2021 18.12.2021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Высказать свое отношение к прочитанному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Письменный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контроль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ЯКласс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, РЭШ,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Скайсмарт</w:t>
            </w:r>
            <w:proofErr w:type="spellEnd"/>
          </w:p>
        </w:tc>
      </w:tr>
      <w:tr w:rsidR="00FD218A" w:rsidRPr="001F0DBF">
        <w:trPr>
          <w:trHeight w:hRule="exact" w:val="497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5.3.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ind w:right="28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Юмористические рассказы отечественных писателей </w:t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XIX</w:t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—</w:t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XX</w:t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веков.  А. П. Чехов (два рассказа по выбору).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Например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, «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Лошадиная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фамилия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», «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Мальчики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», «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Хирургия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» и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др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.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20.12.2021 25.12.2021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57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Выразительно читать рассказ,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отвечать на вопросы по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прочитанному произведению,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задавать вопросы с целью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понимания содержания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произведений, пересказывать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близко к тексту;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Определять роль названия в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литературном произведении;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Анализировать произведение с учётом его жанровых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особенностей, с использованием методов смыслового чтения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эстетического анализа, давать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собственную интерпретацию и оценку произведениям;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Характеризовать героев рассказа; Сопоставлять произведения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авторов по заданным основаниям; Выявлять детали, создающие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комический эффект;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Инсценировать один из рассказов или его фрагмент;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Пользоваться библиотечным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каталогом для поиска книги;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Практическая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работа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ЯКласс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, РЭШ,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Скайсмарт</w:t>
            </w:r>
            <w:proofErr w:type="spellEnd"/>
          </w:p>
        </w:tc>
      </w:tr>
      <w:tr w:rsidR="00FD218A" w:rsidRPr="001F0DBF">
        <w:trPr>
          <w:trHeight w:hRule="exact" w:val="378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5.4.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М. М. Зощенко (два рассказа по выбору).</w:t>
            </w:r>
          </w:p>
          <w:p w:rsidR="00FD218A" w:rsidRPr="001F0DBF" w:rsidRDefault="002D0CA0">
            <w:pPr>
              <w:autoSpaceDE w:val="0"/>
              <w:autoSpaceDN w:val="0"/>
              <w:spacing w:before="18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Например, «Галоша», «Лёля и Минька», «Ёлка», «Золотые слова», «Встреча» и др.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10.01.2022 15.01.2022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57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Выразительно читать рассказ,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отвечать на вопросы по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прочитанному произведению,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задавать вопросы с целью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понимания содержания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произведений, пересказывать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близко к тексту;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Определять роль названия в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литературном произведении;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Анализировать произведение с учётом его жанровых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особенностей, с использованием методов смыслового чтения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эстетического анализа, давать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собственную интерпретацию и оценку произведениям;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Характеризовать героев рассказа; Сопоставлять произведения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авторов по заданным основаниям;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ЯКласс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, РЭШ,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Скайсмарт</w:t>
            </w:r>
            <w:proofErr w:type="spellEnd"/>
          </w:p>
        </w:tc>
      </w:tr>
    </w:tbl>
    <w:p w:rsidR="00FD218A" w:rsidRPr="001F0DBF" w:rsidRDefault="00FD218A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0"/>
          <w:szCs w:val="20"/>
        </w:rPr>
      </w:pPr>
    </w:p>
    <w:p w:rsidR="00FD218A" w:rsidRPr="001F0DBF" w:rsidRDefault="00FD218A">
      <w:pPr>
        <w:rPr>
          <w:rFonts w:ascii="Times New Roman" w:hAnsi="Times New Roman" w:cs="Times New Roman"/>
          <w:sz w:val="20"/>
          <w:szCs w:val="20"/>
        </w:rPr>
        <w:sectPr w:rsidR="00FD218A" w:rsidRPr="001F0DBF" w:rsidSect="00D24907">
          <w:pgSz w:w="16840" w:h="11900"/>
          <w:pgMar w:top="284" w:right="640" w:bottom="100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FD218A" w:rsidRPr="001F0DBF" w:rsidRDefault="00FD218A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6316"/>
        <w:gridCol w:w="528"/>
        <w:gridCol w:w="1104"/>
        <w:gridCol w:w="1142"/>
        <w:gridCol w:w="864"/>
        <w:gridCol w:w="2534"/>
        <w:gridCol w:w="1236"/>
        <w:gridCol w:w="1382"/>
      </w:tblGrid>
      <w:tr w:rsidR="00FD218A" w:rsidRPr="001F0DBF">
        <w:trPr>
          <w:trHeight w:hRule="exact" w:val="351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5.5.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Произведения отечественной литературы о природе и животных (не менее трёх). Например, произведения А. И. Куприна, М. М. Пришвина, К. Г. Паустовского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29.01.2022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Выразительно читать прозаический текст, отвечать на вопросы,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владеть разными видами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пересказа;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Составлять план;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Определять сюжет и тематическое своеобразие произведения;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Находить и характеризовать образ рассказчика, его роль в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повествовании;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Определять средства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художественной выразительности прозаического текста;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Писать отзыв на прочитанное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произведение;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Пользоваться библиотечным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каталогом для поиска книги;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ЯКласс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, РЭШ,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Скайсмарт</w:t>
            </w:r>
            <w:proofErr w:type="spellEnd"/>
          </w:p>
        </w:tc>
      </w:tr>
      <w:tr w:rsidR="00FD218A" w:rsidRPr="001F0DBF">
        <w:trPr>
          <w:trHeight w:hRule="exact" w:val="323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5.6.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ind w:left="72" w:right="302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 xml:space="preserve">А. П. Платонов. Рассказы (один по выбору).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Например, «Корова», «Никита» и др.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17.01.2022 22.01.2022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Выразительно читать прозаический текст, отвечать на вопросы по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прочитанному произведению,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задавать вопросы с целью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понимания содержания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произведения, владеть разными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видами пересказа;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Составлять план;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Определять тему рассказа;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Определять средства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выразительности прозаического текста;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Давать развёрнутый ответ на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вопрос, связанный со знанием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пониманием литературного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произведения;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ЯКласс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, РЭШ,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Скайсмарт</w:t>
            </w:r>
            <w:proofErr w:type="spellEnd"/>
          </w:p>
        </w:tc>
      </w:tr>
      <w:tr w:rsidR="00FD218A" w:rsidRPr="001F0DBF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5.7.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Развитие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речи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24.01.2022 28.01.2022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Высказать свое отношение к прочитанному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Письменный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контроль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ЯКласс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, РЭШ,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Скайсмарт</w:t>
            </w:r>
            <w:proofErr w:type="spellEnd"/>
          </w:p>
        </w:tc>
      </w:tr>
      <w:tr w:rsidR="00FD218A" w:rsidRPr="001F0DBF">
        <w:trPr>
          <w:trHeight w:hRule="exact" w:val="284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5.8.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В. П. Астафьев. Рассказ «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Васюткино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 xml:space="preserve"> озеро»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16.01.2023 21.01.2023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Читать прозаический текст,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отвечать на вопросы,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пересказывать, участвовать в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беседе о произведении;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Находить детали, языковые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средства художественной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выразительности, определять их роль в произведении;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Находить значение незнакомого слова в словаре;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Определять характер главного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героя, его взаимоотношение с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природой;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Выявлять роль пейзажа в рассказе;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Практическая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работа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ЯКласс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, РЭШ,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Скайсмарт</w:t>
            </w:r>
            <w:proofErr w:type="spellEnd"/>
          </w:p>
        </w:tc>
      </w:tr>
      <w:tr w:rsidR="00FD218A" w:rsidRPr="001F0DBF">
        <w:trPr>
          <w:trHeight w:hRule="exact" w:val="52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5.9.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Развитие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речи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23.01.2023 26.01.2023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Высказать свое отношение к прочитанному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Письменный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контроль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ЯКласс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, РЭШ,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Скайсмарт</w:t>
            </w:r>
            <w:proofErr w:type="spellEnd"/>
          </w:p>
        </w:tc>
      </w:tr>
    </w:tbl>
    <w:p w:rsidR="00FD218A" w:rsidRPr="001F0DBF" w:rsidRDefault="00FD218A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0"/>
          <w:szCs w:val="20"/>
        </w:rPr>
      </w:pPr>
    </w:p>
    <w:p w:rsidR="00FD218A" w:rsidRPr="001F0DBF" w:rsidRDefault="00FD218A">
      <w:pPr>
        <w:rPr>
          <w:rFonts w:ascii="Times New Roman" w:hAnsi="Times New Roman" w:cs="Times New Roman"/>
          <w:sz w:val="20"/>
          <w:szCs w:val="20"/>
        </w:rPr>
        <w:sectPr w:rsidR="00FD218A" w:rsidRPr="001F0DBF" w:rsidSect="00D24907">
          <w:pgSz w:w="16840" w:h="11900"/>
          <w:pgMar w:top="284" w:right="640" w:bottom="32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FD218A" w:rsidRPr="001F0DBF" w:rsidRDefault="00FD218A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6316"/>
        <w:gridCol w:w="528"/>
        <w:gridCol w:w="1104"/>
        <w:gridCol w:w="1142"/>
        <w:gridCol w:w="864"/>
        <w:gridCol w:w="2534"/>
        <w:gridCol w:w="1236"/>
        <w:gridCol w:w="1382"/>
      </w:tblGrid>
      <w:tr w:rsidR="00FD218A" w:rsidRPr="001F0DBF">
        <w:trPr>
          <w:trHeight w:hRule="exact" w:val="348"/>
        </w:trPr>
        <w:tc>
          <w:tcPr>
            <w:tcW w:w="6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Итого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19</w:t>
            </w:r>
          </w:p>
        </w:tc>
        <w:tc>
          <w:tcPr>
            <w:tcW w:w="82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218A" w:rsidRPr="007D3E84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Раздел 6. </w:t>
            </w:r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 xml:space="preserve">Литература </w:t>
            </w:r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XX</w:t>
            </w:r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—</w:t>
            </w:r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XXI</w:t>
            </w:r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 xml:space="preserve"> веков</w:t>
            </w:r>
          </w:p>
        </w:tc>
      </w:tr>
      <w:tr w:rsidR="00FD218A" w:rsidRPr="001F0DBF">
        <w:trPr>
          <w:trHeight w:hRule="exact" w:val="419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6.1.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Произведения отечественной прозы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 и др.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27.01.2023 31.01.2023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Воспринимать и выразительно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читать литературное произведение; Отвечать на вопросы (с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использованием цитирования) и самостоятельно формулировать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вопросы к тексту;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Участвовать в коллективном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диалоге;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Анализировать сюжет, тему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произведения, определять его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композиционные особенности;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Характеризовать и сопоставлять героев произведения, выявлять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художественные средства их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создания;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Выявлять средства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художественной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изобразительности в произведении; Использовать различные виды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пересказа произведения;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ЯКласс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, РЭШ,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Скайсмарт</w:t>
            </w:r>
            <w:proofErr w:type="spellEnd"/>
          </w:p>
        </w:tc>
      </w:tr>
      <w:tr w:rsidR="00FD218A" w:rsidRPr="001F0DBF">
        <w:trPr>
          <w:trHeight w:hRule="exact" w:val="54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6.2.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Внеклассное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чтение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01.02.2023 06.02.2023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Высказать свое отношение к прочитанному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ЯКласс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, РЭШ,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Скайсмарт</w:t>
            </w:r>
            <w:proofErr w:type="spellEnd"/>
          </w:p>
        </w:tc>
      </w:tr>
      <w:tr w:rsidR="00FD218A" w:rsidRPr="001F0DBF">
        <w:trPr>
          <w:trHeight w:hRule="exact" w:val="419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6.3.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50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Произведения отечественных писателей </w:t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XIX</w:t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–</w:t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XXI</w:t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веков на тему детства (не менее двух). Например, произведения В. Г. Короленко, В. П. Катаева, В. П. Крапивина, Ю. П. Казакова, А. Г. Алексина, В. П. Астафьева, В. К.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Железникова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, Ю. Я. Яковлева, Ю. И. Коваля, А. А.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Гиваргизова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, М. С.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Аромштам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, Н. Ю.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Абгарян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, А. В.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Жвалевского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и Е. Б. Пастернак и др.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07.02.2023 11.02.2023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57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Воспринимать и выразительно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читать литературное произведение; Отвечать на вопросы,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формулировать самостоятельно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вопросы к тексту, пересказывать прозаические произведения;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Определять тему, идею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произведения;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Характеризовать главных героев, составлять их словесный портрет; Сопоставлять героев и их поступки с другими персонажами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прочитанного произведения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персонажами других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произведений;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Выявлять авторскую позицию;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Высказывать своё отношение к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событиям, изображённым в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произведении;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Писать отзыв на прочитанную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книгу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Тестирование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ЯКласс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, РЭШ,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Скайсмарт</w:t>
            </w:r>
            <w:proofErr w:type="spellEnd"/>
          </w:p>
        </w:tc>
      </w:tr>
      <w:tr w:rsidR="00FD218A" w:rsidRPr="001F0DBF">
        <w:trPr>
          <w:trHeight w:hRule="exact" w:val="52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6.4.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Развитие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речи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13.02.2023 16.02.2023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Высказать свое отношение к прочитанному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Письменный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контроль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ЯКласс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, РЭШ,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Скайсмарт</w:t>
            </w:r>
            <w:proofErr w:type="spellEnd"/>
          </w:p>
        </w:tc>
      </w:tr>
    </w:tbl>
    <w:p w:rsidR="00FD218A" w:rsidRPr="001F0DBF" w:rsidRDefault="00FD218A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0"/>
          <w:szCs w:val="20"/>
        </w:rPr>
      </w:pPr>
    </w:p>
    <w:p w:rsidR="00FD218A" w:rsidRPr="001F0DBF" w:rsidRDefault="00FD218A">
      <w:pPr>
        <w:rPr>
          <w:rFonts w:ascii="Times New Roman" w:hAnsi="Times New Roman" w:cs="Times New Roman"/>
          <w:sz w:val="20"/>
          <w:szCs w:val="20"/>
        </w:rPr>
        <w:sectPr w:rsidR="00FD218A" w:rsidRPr="001F0DBF" w:rsidSect="00D24907">
          <w:pgSz w:w="16840" w:h="11900"/>
          <w:pgMar w:top="284" w:right="640" w:bottom="58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FD218A" w:rsidRPr="001F0DBF" w:rsidRDefault="00FD218A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6316"/>
        <w:gridCol w:w="528"/>
        <w:gridCol w:w="1104"/>
        <w:gridCol w:w="1142"/>
        <w:gridCol w:w="864"/>
        <w:gridCol w:w="2534"/>
        <w:gridCol w:w="1236"/>
        <w:gridCol w:w="1382"/>
      </w:tblGrid>
      <w:tr w:rsidR="00FD218A" w:rsidRPr="001F0DBF">
        <w:trPr>
          <w:trHeight w:hRule="exact" w:val="342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6.5.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7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Произведения приключенческого жанра отечественных писателей (одно по выбору). Например, К. Булычёв «Девочка, с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которойничегоне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случится», «Миллион приключений»(главы по выбору) и др.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17.02.2023 19.02.2023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Воспринимать и выразительно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читать прозаический текст,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отвечать на вопросы,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пересказывать текст, используя авторские средства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художественной выразительности; Определять тему, идею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произведения;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Характеризовать главных героев, основные события;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Писать отзыв на прочитанное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произведение, аргументировать своё мнение;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Выстраивать с помощью учителя траекторию самостоятельного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чтения;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ЯКласс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, РЭШ,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Скайсмарт</w:t>
            </w:r>
            <w:proofErr w:type="spellEnd"/>
          </w:p>
        </w:tc>
      </w:tr>
      <w:tr w:rsidR="00FD218A" w:rsidRPr="001F0DBF">
        <w:trPr>
          <w:trHeight w:hRule="exact" w:val="66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6.6.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Внеклассное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чтение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20.02.2023 23.02.2023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Высказать свое отношение к прочитанному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ЯКласс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, РЭШ,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Скайсмарт</w:t>
            </w:r>
            <w:proofErr w:type="spellEnd"/>
          </w:p>
        </w:tc>
      </w:tr>
      <w:tr w:rsidR="00FD218A" w:rsidRPr="001F0DBF">
        <w:trPr>
          <w:trHeight w:hRule="exact" w:val="348"/>
        </w:trPr>
        <w:tc>
          <w:tcPr>
            <w:tcW w:w="6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Итого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11</w:t>
            </w:r>
          </w:p>
        </w:tc>
        <w:tc>
          <w:tcPr>
            <w:tcW w:w="82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218A" w:rsidRPr="007D3E84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Раздел 7. </w:t>
            </w:r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Литература народов Российской Федерации</w:t>
            </w:r>
          </w:p>
        </w:tc>
      </w:tr>
      <w:tr w:rsidR="00FD218A" w:rsidRPr="001F0DBF">
        <w:trPr>
          <w:trHeight w:hRule="exact" w:val="227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7.1.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ind w:left="72" w:right="72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Стихотворения (одно по выбору). Например, Р. Г. Гамзатов. «Песня соловья»; М. Карим. «Эту песню мать мне пела»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28.02.2023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Выразительно читать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анализировать поэтический текст; Характеризовать лирического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героя;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Определять общность темы и её художественное воплощение в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стихотворениях русской поэзии и в произведениях поэтов народов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России;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Выявлять художественные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средства выразительности;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ЯКласс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, РЭШ,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Скайсмарт</w:t>
            </w:r>
            <w:proofErr w:type="spellEnd"/>
          </w:p>
        </w:tc>
      </w:tr>
      <w:tr w:rsidR="00FD218A" w:rsidRPr="001F0DBF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7.2.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Развитие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речи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01.03.2023 04.03.2023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Высказать свое отношение к прочитанному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Письменный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контроль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ЯКласс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, РЭШ,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Скайсмарт</w:t>
            </w:r>
            <w:proofErr w:type="spellEnd"/>
          </w:p>
        </w:tc>
      </w:tr>
      <w:tr w:rsidR="00FD218A" w:rsidRPr="001F0DBF">
        <w:trPr>
          <w:trHeight w:hRule="exact" w:val="348"/>
        </w:trPr>
        <w:tc>
          <w:tcPr>
            <w:tcW w:w="6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Итого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</w:t>
            </w:r>
          </w:p>
        </w:tc>
        <w:tc>
          <w:tcPr>
            <w:tcW w:w="82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218A" w:rsidRPr="001F0DBF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Раздел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8.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Зарубежная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литература</w:t>
            </w:r>
            <w:proofErr w:type="spellEnd"/>
          </w:p>
        </w:tc>
      </w:tr>
    </w:tbl>
    <w:p w:rsidR="00FD218A" w:rsidRPr="001F0DBF" w:rsidRDefault="00FD218A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0"/>
          <w:szCs w:val="20"/>
        </w:rPr>
      </w:pPr>
    </w:p>
    <w:p w:rsidR="00FD218A" w:rsidRPr="001F0DBF" w:rsidRDefault="00FD218A">
      <w:pPr>
        <w:rPr>
          <w:rFonts w:ascii="Times New Roman" w:hAnsi="Times New Roman" w:cs="Times New Roman"/>
          <w:sz w:val="20"/>
          <w:szCs w:val="20"/>
        </w:rPr>
        <w:sectPr w:rsidR="00FD218A" w:rsidRPr="001F0DBF" w:rsidSect="00D24907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FD218A" w:rsidRPr="001F0DBF" w:rsidRDefault="00FD218A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6316"/>
        <w:gridCol w:w="528"/>
        <w:gridCol w:w="1104"/>
        <w:gridCol w:w="1142"/>
        <w:gridCol w:w="864"/>
        <w:gridCol w:w="2534"/>
        <w:gridCol w:w="1236"/>
        <w:gridCol w:w="1382"/>
      </w:tblGrid>
      <w:tr w:rsidR="00FD218A" w:rsidRPr="001F0DBF">
        <w:trPr>
          <w:trHeight w:hRule="exact" w:val="342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8.1.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ind w:left="72" w:right="3024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 xml:space="preserve">Х. К. Андерсен. Сказки (одна по выбору).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Например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, «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Снежная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королева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», «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Соловей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»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11.03.2023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54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Читать сказку, отвечать на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вопросы, пересказывать;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Определять сюжет,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композиционные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художественные особенности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произведения;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Формулировать вопросы к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отдельным фрагментам сказки; Характеризовать главных героев, сравнивать их поступки;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Высказывать своё отношение к событиям и героям сказки;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Определять связь сказки Х. К.</w:t>
            </w:r>
          </w:p>
          <w:p w:rsidR="00FD218A" w:rsidRPr="001F0DBF" w:rsidRDefault="002D0CA0">
            <w:pPr>
              <w:autoSpaceDE w:val="0"/>
              <w:autoSpaceDN w:val="0"/>
              <w:spacing w:before="18" w:after="0" w:line="250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Андерсена с фольклорными произведениями;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Пользоваться библиотечным каталогом для поиска книги;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Тестирование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ЯКласс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, РЭШ,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Скайсмарт</w:t>
            </w:r>
            <w:proofErr w:type="spellEnd"/>
          </w:p>
        </w:tc>
      </w:tr>
      <w:tr w:rsidR="00FD218A" w:rsidRPr="001F0DBF">
        <w:trPr>
          <w:trHeight w:hRule="exact" w:val="361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8.2.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Зарубежная сказочная проза (одно произведение по выбору).</w:t>
            </w:r>
          </w:p>
          <w:p w:rsidR="00FD218A" w:rsidRPr="001F0DBF" w:rsidRDefault="002D0CA0">
            <w:pPr>
              <w:autoSpaceDE w:val="0"/>
              <w:autoSpaceDN w:val="0"/>
              <w:spacing w:before="20" w:after="0" w:line="245" w:lineRule="auto"/>
              <w:ind w:left="72" w:right="86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 xml:space="preserve">Например, Л. Кэрролл. «Алиса в Стране Чудес» (главы); Дж. Р. Р.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Толкин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.«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Хоббит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 xml:space="preserve">, или Туда и обратно» (главы) и др.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13.03.2023 17.03.2023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54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Выразительно читать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произведение, задавать вопросы к отдельным фрагментам,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формулировать тему и основную идею прочитанных глав;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Рассуждать о героях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проблематике произведения,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обосновывать свои суждения с опорой на текст;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Выявлять своеобразие авторской сказочной прозы и её отличие от народной сказки;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Выделять ключевые эпизоды в тексте произведения;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Писать отзыв на прочитанное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произведение;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Пользоваться библиотечным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каталогом для поиска книги;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ЯКласс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, РЭШ,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Скайсмарт</w:t>
            </w:r>
            <w:proofErr w:type="spellEnd"/>
          </w:p>
        </w:tc>
      </w:tr>
      <w:tr w:rsidR="00FD218A" w:rsidRPr="001F0DBF">
        <w:trPr>
          <w:trHeight w:hRule="exact" w:val="301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8.3.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Зарубежная проза о детях и подростках (два произведения по выбору). Например, М. </w:t>
            </w:r>
            <w:proofErr w:type="spellStart"/>
            <w:proofErr w:type="gram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Твен.«</w:t>
            </w:r>
            <w:proofErr w:type="gram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Приключения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Тома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Сойера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» (главы); Дж. Лондон. «Сказание о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Кише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»; Р.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Брэдбери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</w:t>
            </w:r>
          </w:p>
          <w:p w:rsidR="00FD218A" w:rsidRPr="001F0DBF" w:rsidRDefault="002D0CA0">
            <w:pPr>
              <w:autoSpaceDE w:val="0"/>
              <w:autoSpaceDN w:val="0"/>
              <w:spacing w:before="20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Рассказы. Например, «Каникулы», «Звук бегущих ног», «Зелёное утро» и др.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20.03.2023 24.03.2023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Воспринимать и выразительно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читать литературное произведение; Отвечать на вопросы,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самостоятельно формулировать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вопросы, пересказывать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содержание отдельных глав;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Определять тему, идею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произведения;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Характеризовать главных героев, составлять их словесные портреты; Сопоставлять героев и их поступки с другими персонажами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прочитанного произведения;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Писать отзыв на прочитанную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книгу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ЯКласс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, РЭШ,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Скайсмарт</w:t>
            </w:r>
            <w:proofErr w:type="spellEnd"/>
          </w:p>
        </w:tc>
      </w:tr>
    </w:tbl>
    <w:p w:rsidR="00FD218A" w:rsidRPr="001F0DBF" w:rsidRDefault="00FD218A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0"/>
          <w:szCs w:val="20"/>
        </w:rPr>
      </w:pPr>
    </w:p>
    <w:p w:rsidR="00FD218A" w:rsidRPr="001F0DBF" w:rsidRDefault="00FD218A">
      <w:pPr>
        <w:rPr>
          <w:rFonts w:ascii="Times New Roman" w:hAnsi="Times New Roman" w:cs="Times New Roman"/>
          <w:sz w:val="20"/>
          <w:szCs w:val="20"/>
        </w:rPr>
        <w:sectPr w:rsidR="00FD218A" w:rsidRPr="001F0DBF" w:rsidSect="00D24907">
          <w:pgSz w:w="16840" w:h="11900"/>
          <w:pgMar w:top="284" w:right="640" w:bottom="62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FD218A" w:rsidRPr="001F0DBF" w:rsidRDefault="00FD218A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6316"/>
        <w:gridCol w:w="528"/>
        <w:gridCol w:w="1104"/>
        <w:gridCol w:w="1142"/>
        <w:gridCol w:w="864"/>
        <w:gridCol w:w="2534"/>
        <w:gridCol w:w="1236"/>
        <w:gridCol w:w="1382"/>
      </w:tblGrid>
      <w:tr w:rsidR="00FD218A" w:rsidRPr="001F0DBF">
        <w:trPr>
          <w:trHeight w:hRule="exact" w:val="223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8.4.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Зарубежная приключенческая проза (два произведения по выбору).</w:t>
            </w:r>
          </w:p>
          <w:p w:rsidR="00FD218A" w:rsidRPr="001F0DBF" w:rsidRDefault="002D0CA0">
            <w:pPr>
              <w:autoSpaceDE w:val="0"/>
              <w:autoSpaceDN w:val="0"/>
              <w:spacing w:before="20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Например, Р. Л. Стивенсон. «Остров сокровищ», «Чёрная стрела» (главы по выбору) и др.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03.04.2023 07.04.2023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Читать литературное произведение, отвечать на вопросы;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Самостоятельно формулировать вопросы к произведению в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процессе его анализа;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Сопоставлять произведения по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жанровым особенностям;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Выстраивать с помощью учителя траекторию самостоятельного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чтения;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ЯКласс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, РЭШ,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Скайсмарт</w:t>
            </w:r>
            <w:proofErr w:type="spellEnd"/>
          </w:p>
        </w:tc>
      </w:tr>
      <w:tr w:rsidR="00FD218A" w:rsidRPr="001F0DBF">
        <w:trPr>
          <w:trHeight w:hRule="exact" w:val="246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8.5.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Зарубежная проза о животных (одно-два произведения по выбору). Например, Э. Сетон-Томпсон. «Королевская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аналостанка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»; Дж. Даррелл. «Говорящий свёрток»; Дж. Лондон.</w:t>
            </w:r>
          </w:p>
          <w:p w:rsidR="00FD218A" w:rsidRPr="001F0DBF" w:rsidRDefault="002D0CA0">
            <w:pPr>
              <w:autoSpaceDE w:val="0"/>
              <w:autoSpaceDN w:val="0"/>
              <w:spacing w:before="18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«Белый Клык»; Дж. Р. Киплинг. </w:t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«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Маугли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», «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Рикки-Тикки-Тави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»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10.04.2023 16.04.2023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54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Воспринимать и выразительно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читать литературное произведение; Отвечать на вопросы,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самостоятельно формулировать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вопросы, пересказывать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содержание произведения или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отдельных глав;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Сопоставлять произведения по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жанровым особенностям;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Выстраивать с помощью учителя траекторию самостоятельного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чтения;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ЯКласс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, РЭШ,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Скайсмарт</w:t>
            </w:r>
            <w:proofErr w:type="spellEnd"/>
          </w:p>
        </w:tc>
      </w:tr>
      <w:tr w:rsidR="00FD218A" w:rsidRPr="001F0DBF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8.6.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Внеклассное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чтение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24.04.2023 29.04.2023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Высказать свое отношение к прочитанному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ЯКласс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, РЭШ,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Скайсмарт</w:t>
            </w:r>
            <w:proofErr w:type="spellEnd"/>
          </w:p>
        </w:tc>
      </w:tr>
      <w:tr w:rsidR="00FD218A" w:rsidRPr="001F0DBF">
        <w:trPr>
          <w:trHeight w:hRule="exact" w:val="350"/>
        </w:trPr>
        <w:tc>
          <w:tcPr>
            <w:tcW w:w="6712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Итого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9</w:t>
            </w:r>
          </w:p>
        </w:tc>
        <w:tc>
          <w:tcPr>
            <w:tcW w:w="8262" w:type="dxa"/>
            <w:gridSpan w:val="6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218A" w:rsidRPr="001F0DBF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Раздел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9.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Итоговый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контроль</w:t>
            </w:r>
            <w:proofErr w:type="spellEnd"/>
          </w:p>
        </w:tc>
      </w:tr>
      <w:tr w:rsidR="00FD218A" w:rsidRPr="007D3E84">
        <w:trPr>
          <w:trHeight w:hRule="exact" w:val="73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9.1.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Итоговые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контрольные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15.05.2023 24.05.2023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Высказать свое отношение к прочитанному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Контрольная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работа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50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Высказать свое отношение к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прочитанному</w:t>
            </w:r>
          </w:p>
        </w:tc>
      </w:tr>
      <w:tr w:rsidR="00FD218A" w:rsidRPr="001F0DBF">
        <w:trPr>
          <w:trHeight w:hRule="exact" w:val="420"/>
        </w:trPr>
        <w:tc>
          <w:tcPr>
            <w:tcW w:w="6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Итого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</w:t>
            </w:r>
          </w:p>
        </w:tc>
        <w:tc>
          <w:tcPr>
            <w:tcW w:w="82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218A" w:rsidRPr="001F0DBF">
        <w:trPr>
          <w:trHeight w:hRule="exact" w:val="348"/>
        </w:trPr>
        <w:tc>
          <w:tcPr>
            <w:tcW w:w="6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Резервное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время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15</w:t>
            </w:r>
          </w:p>
        </w:tc>
        <w:tc>
          <w:tcPr>
            <w:tcW w:w="82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218A" w:rsidRPr="001F0DBF">
        <w:trPr>
          <w:trHeight w:hRule="exact" w:val="328"/>
        </w:trPr>
        <w:tc>
          <w:tcPr>
            <w:tcW w:w="6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102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8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9</w:t>
            </w:r>
          </w:p>
        </w:tc>
        <w:tc>
          <w:tcPr>
            <w:tcW w:w="60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D218A" w:rsidRPr="001F0DBF" w:rsidRDefault="00FD218A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0"/>
          <w:szCs w:val="20"/>
        </w:rPr>
      </w:pPr>
    </w:p>
    <w:p w:rsidR="00FD218A" w:rsidRPr="001F0DBF" w:rsidRDefault="00FD218A">
      <w:pPr>
        <w:rPr>
          <w:rFonts w:ascii="Times New Roman" w:hAnsi="Times New Roman" w:cs="Times New Roman"/>
          <w:sz w:val="20"/>
          <w:szCs w:val="20"/>
        </w:rPr>
        <w:sectPr w:rsidR="00FD218A" w:rsidRPr="001F0DBF" w:rsidSect="00D24907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FD218A" w:rsidRPr="001F0DBF" w:rsidRDefault="00FD218A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0"/>
          <w:szCs w:val="20"/>
        </w:rPr>
      </w:pPr>
    </w:p>
    <w:p w:rsidR="00FD218A" w:rsidRPr="001F0DBF" w:rsidRDefault="002D0CA0">
      <w:pPr>
        <w:autoSpaceDE w:val="0"/>
        <w:autoSpaceDN w:val="0"/>
        <w:spacing w:after="316" w:line="230" w:lineRule="auto"/>
        <w:rPr>
          <w:rFonts w:ascii="Times New Roman" w:hAnsi="Times New Roman" w:cs="Times New Roman"/>
          <w:sz w:val="20"/>
          <w:szCs w:val="20"/>
        </w:rPr>
      </w:pPr>
      <w:r w:rsidRPr="001F0DBF">
        <w:rPr>
          <w:rFonts w:ascii="Times New Roman" w:eastAsia="Times New Roman" w:hAnsi="Times New Roman" w:cs="Times New Roman"/>
          <w:b/>
          <w:color w:val="000000"/>
          <w:w w:val="98"/>
          <w:sz w:val="20"/>
          <w:szCs w:val="20"/>
        </w:rPr>
        <w:t xml:space="preserve">ПОУРОЧНОЕ ПЛАНИРОВАНИЕ </w:t>
      </w: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70"/>
        <w:gridCol w:w="3154"/>
        <w:gridCol w:w="724"/>
        <w:gridCol w:w="1600"/>
        <w:gridCol w:w="1648"/>
        <w:gridCol w:w="1150"/>
        <w:gridCol w:w="1804"/>
      </w:tblGrid>
      <w:tr w:rsidR="00FD218A" w:rsidRPr="001F0DBF">
        <w:trPr>
          <w:trHeight w:hRule="exact" w:val="486"/>
        </w:trPr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0"/>
                <w:szCs w:val="20"/>
              </w:rPr>
              <w:t>№</w:t>
            </w:r>
            <w:r w:rsidRPr="001F0DB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0"/>
                <w:szCs w:val="20"/>
              </w:rPr>
              <w:t>п/п</w:t>
            </w:r>
          </w:p>
        </w:tc>
        <w:tc>
          <w:tcPr>
            <w:tcW w:w="31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0"/>
                <w:szCs w:val="20"/>
              </w:rPr>
              <w:t>Тема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0"/>
                <w:szCs w:val="20"/>
              </w:rPr>
              <w:t>урока</w:t>
            </w:r>
            <w:proofErr w:type="spellEnd"/>
          </w:p>
        </w:tc>
        <w:tc>
          <w:tcPr>
            <w:tcW w:w="39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0"/>
                <w:szCs w:val="20"/>
              </w:rPr>
              <w:t>Количество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0"/>
                <w:szCs w:val="20"/>
              </w:rPr>
              <w:t>часов</w:t>
            </w:r>
            <w:proofErr w:type="spellEnd"/>
          </w:p>
        </w:tc>
        <w:tc>
          <w:tcPr>
            <w:tcW w:w="11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0"/>
                <w:szCs w:val="20"/>
              </w:rPr>
              <w:t>Дата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0"/>
                <w:szCs w:val="20"/>
              </w:rPr>
              <w:t xml:space="preserve"> </w:t>
            </w:r>
            <w:r w:rsidRPr="001F0DB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0"/>
                <w:szCs w:val="20"/>
              </w:rPr>
              <w:t>изучения</w:t>
            </w:r>
            <w:proofErr w:type="spellEnd"/>
          </w:p>
        </w:tc>
        <w:tc>
          <w:tcPr>
            <w:tcW w:w="1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0"/>
                <w:szCs w:val="20"/>
              </w:rPr>
              <w:t>Виды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0"/>
                <w:szCs w:val="20"/>
              </w:rPr>
              <w:t xml:space="preserve">,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0"/>
                <w:szCs w:val="20"/>
              </w:rPr>
              <w:t>формы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0"/>
                <w:szCs w:val="20"/>
              </w:rPr>
              <w:t>контроля</w:t>
            </w:r>
            <w:proofErr w:type="spellEnd"/>
          </w:p>
        </w:tc>
      </w:tr>
      <w:tr w:rsidR="00FD218A" w:rsidRPr="001F0DBF">
        <w:trPr>
          <w:trHeight w:hRule="exact" w:val="818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0"/>
                <w:szCs w:val="20"/>
              </w:rPr>
              <w:t>всего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0"/>
                <w:szCs w:val="20"/>
              </w:rPr>
              <w:t xml:space="preserve"> 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62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0"/>
                <w:szCs w:val="20"/>
              </w:rPr>
              <w:t>контрольные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0"/>
                <w:szCs w:val="20"/>
              </w:rPr>
              <w:t>практические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218A" w:rsidRPr="001F0DBF">
        <w:trPr>
          <w:trHeight w:hRule="exact" w:val="1484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Художественная литература как предмет эстетического цикла.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Миф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,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фольклор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, </w:t>
            </w:r>
            <w:r w:rsidRPr="001F0DB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литература</w:t>
            </w:r>
            <w:proofErr w:type="spellEnd"/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818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2.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62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Мифы и мифология. Мифы Древней Греции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15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3.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Мифы и мифология.</w:t>
            </w:r>
          </w:p>
          <w:p w:rsidR="00FD218A" w:rsidRPr="001F0DBF" w:rsidRDefault="002D0CA0">
            <w:pPr>
              <w:autoSpaceDE w:val="0"/>
              <w:autoSpaceDN w:val="0"/>
              <w:spacing w:before="70" w:after="0" w:line="262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Олимпийские боги. Миф о боге Аполлоне и музах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482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4.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78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Внеклассное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чтение. Мифологические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образы и античная культура в русской поэзии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62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Письменный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контроль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818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5.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62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Народная мудрость пословиц и поговорок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818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6.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62" w:lineRule="auto"/>
              <w:ind w:right="72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Жанр загадки. Эпитет, сравнение и метафора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818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7.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Развитие речи. Путешествие в страну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Фольклорию</w:t>
            </w:r>
            <w:proofErr w:type="spellEnd"/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Практическая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работа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814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8.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От малых жанров фольклора к большим. Сказка как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фольклорный жанр.</w:t>
            </w:r>
          </w:p>
          <w:p w:rsidR="00FD218A" w:rsidRPr="001F0DBF" w:rsidRDefault="002D0CA0">
            <w:pPr>
              <w:autoSpaceDE w:val="0"/>
              <w:autoSpaceDN w:val="0"/>
              <w:spacing w:before="70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Жанровые особенности.</w:t>
            </w:r>
          </w:p>
          <w:p w:rsidR="00FD218A" w:rsidRPr="001F0DBF" w:rsidRDefault="002D0CA0">
            <w:pPr>
              <w:autoSpaceDE w:val="0"/>
              <w:autoSpaceDN w:val="0"/>
              <w:spacing w:before="70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Типы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сказок</w:t>
            </w:r>
            <w:proofErr w:type="spellEnd"/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214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9.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81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Русские народные сказки-притчи и сказки о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животных. Народные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представления о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справедливости, добре и зле в сказке «Журавль и цапля»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2128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10.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81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Народная мораль и поэтика волшебной сказки. Тема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мирного труда и защиты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родной земли в волшебной сказке "Иван - крестьянский сын и чудо-юдо"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</w:tbl>
    <w:p w:rsidR="00FD218A" w:rsidRPr="001F0DBF" w:rsidRDefault="00FD218A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0"/>
          <w:szCs w:val="20"/>
        </w:rPr>
      </w:pPr>
    </w:p>
    <w:p w:rsidR="00FD218A" w:rsidRPr="001F0DBF" w:rsidRDefault="00FD218A">
      <w:pPr>
        <w:rPr>
          <w:rFonts w:ascii="Times New Roman" w:hAnsi="Times New Roman" w:cs="Times New Roman"/>
          <w:sz w:val="20"/>
          <w:szCs w:val="20"/>
        </w:rPr>
        <w:sectPr w:rsidR="00FD218A" w:rsidRPr="001F0DBF" w:rsidSect="00D24907">
          <w:pgSz w:w="11900" w:h="16840"/>
          <w:pgMar w:top="298" w:right="556" w:bottom="428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FD218A" w:rsidRPr="001F0DBF" w:rsidRDefault="00FD218A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70"/>
        <w:gridCol w:w="3154"/>
        <w:gridCol w:w="724"/>
        <w:gridCol w:w="1600"/>
        <w:gridCol w:w="1648"/>
        <w:gridCol w:w="1150"/>
        <w:gridCol w:w="1804"/>
      </w:tblGrid>
      <w:tr w:rsidR="00FD218A" w:rsidRPr="001F0DBF">
        <w:trPr>
          <w:trHeight w:hRule="exact" w:val="115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11.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71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Художественный мир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волшебной сказки "Царевна-лягушка"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214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12.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Художественные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особенности бытовых сказок.</w:t>
            </w:r>
          </w:p>
          <w:p w:rsidR="00FD218A" w:rsidRPr="001F0DBF" w:rsidRDefault="002D0CA0">
            <w:pPr>
              <w:autoSpaceDE w:val="0"/>
              <w:autoSpaceDN w:val="0"/>
              <w:spacing w:before="70" w:after="0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Народное  представление о справедливости, добре и зле в сказке "Солдатская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шинель"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818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13.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Внеклассное чтение. В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гостях у народной сказки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482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14.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71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Истоки басенного жанра (Эзоп, Лафонтен, русские баснописцы </w:t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XVIII</w:t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века).</w:t>
            </w:r>
          </w:p>
          <w:p w:rsidR="00FD218A" w:rsidRPr="001F0DBF" w:rsidRDefault="002D0CA0">
            <w:pPr>
              <w:autoSpaceDE w:val="0"/>
              <w:autoSpaceDN w:val="0"/>
              <w:spacing w:before="70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Басенный мир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И.А.Крылова</w:t>
            </w:r>
            <w:proofErr w:type="spellEnd"/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15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15.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Отражение исторических событий в басне И.А.</w:t>
            </w:r>
          </w:p>
          <w:p w:rsidR="00FD218A" w:rsidRPr="001F0DBF" w:rsidRDefault="002D0CA0">
            <w:pPr>
              <w:autoSpaceDE w:val="0"/>
              <w:autoSpaceDN w:val="0"/>
              <w:spacing w:before="70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Крылова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"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Волк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на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псарне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"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484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16.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/>
              <w:ind w:left="72"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Осмеяние невежества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неблагодарности в басне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И.А.Крылова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"Свинья под дубом"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15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17.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71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От гармонии в музыке - к гармонии в жизни (по басне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И.А.Крылова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«Квартет»)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818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18.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62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Развитие речи. Рассказ и мораль в басне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62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Практическая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работа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2478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19.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62" w:lineRule="auto"/>
              <w:ind w:left="72" w:right="86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А.С.Пушкин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: начало творческого пути.</w:t>
            </w:r>
          </w:p>
          <w:p w:rsidR="00FD218A" w:rsidRPr="001F0DBF" w:rsidRDefault="002D0CA0">
            <w:pPr>
              <w:autoSpaceDE w:val="0"/>
              <w:autoSpaceDN w:val="0"/>
              <w:spacing w:before="68" w:after="0" w:line="281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Поэтизация образа няни, мотивы одиночества и грусти в стихотворениях А.С. Пушкина "Няне", "Зимний вечер"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15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20.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71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Стихотворение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А.С.Пушкина«Зимнее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утро» как образец пейзажной лирики.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13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21.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71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А.С.Пушкин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"Сказка о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мёртвой царевне и о семи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богатырях": события и герои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</w:tbl>
    <w:p w:rsidR="00FD218A" w:rsidRPr="001F0DBF" w:rsidRDefault="00FD218A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0"/>
          <w:szCs w:val="20"/>
        </w:rPr>
      </w:pPr>
    </w:p>
    <w:p w:rsidR="00FD218A" w:rsidRPr="001F0DBF" w:rsidRDefault="00FD218A">
      <w:pPr>
        <w:rPr>
          <w:rFonts w:ascii="Times New Roman" w:hAnsi="Times New Roman" w:cs="Times New Roman"/>
          <w:sz w:val="20"/>
          <w:szCs w:val="20"/>
        </w:rPr>
        <w:sectPr w:rsidR="00FD218A" w:rsidRPr="001F0DBF" w:rsidSect="00D24907">
          <w:pgSz w:w="11900" w:h="16840"/>
          <w:pgMar w:top="284" w:right="556" w:bottom="640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FD218A" w:rsidRPr="001F0DBF" w:rsidRDefault="00FD218A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70"/>
        <w:gridCol w:w="3154"/>
        <w:gridCol w:w="724"/>
        <w:gridCol w:w="1600"/>
        <w:gridCol w:w="1648"/>
        <w:gridCol w:w="1150"/>
        <w:gridCol w:w="1804"/>
      </w:tblGrid>
      <w:tr w:rsidR="00FD218A" w:rsidRPr="001F0DBF">
        <w:trPr>
          <w:trHeight w:hRule="exact" w:val="1482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22.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78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А.С.Пушкин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"Сказка о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мёртвой царевне и о семи богатырях": сравнительная характеристика героев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482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23.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А.С.Пушкин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"Сказка о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мёртвой царевне и о семи богатырях": истоки сюжета, поэтика сказки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818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24.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Путешествие по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произведениям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А.С.Пушкина</w:t>
            </w:r>
            <w:proofErr w:type="spellEnd"/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Зачет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814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25.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81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М.Ю.Лермонтов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: жизнь и творчество. Историческая основа и патриотический пафос стихотворения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"Бородино"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214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26.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81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Изображение  массового героизма русских солдат в Бородинском сражении в стихотворении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М.Ю.Лермонтова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"Бородино"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Зачет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152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27.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100" w:after="0" w:line="271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"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Н.В.Гоголь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«Ночь перед Рождеством»: ночь чудес и справедливости"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100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7D3E84">
        <w:trPr>
          <w:trHeight w:hRule="exact" w:val="1482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28.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71" w:lineRule="auto"/>
              <w:ind w:left="72" w:right="35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Фантастика и реальность в повести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Н.В.Гоголя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«Ночь перед Рождеством»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Самооценка с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использованием«Оценочного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листа»;</w:t>
            </w:r>
          </w:p>
        </w:tc>
      </w:tr>
      <w:tr w:rsidR="00FD218A" w:rsidRPr="001F0DBF">
        <w:trPr>
          <w:trHeight w:hRule="exact" w:val="1482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29.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78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Внеклассное чтение. "Знаете ли вы украинскую ночь?" (по повести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Н.В.Гоголя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"Вечер накануне Ивана Купала")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814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30.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81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И.С.Тургенев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: жизнь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творчество. Рассказ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И.С.Тургенева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"Муму": история создания, быт и нравы крепостной России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61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31.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71" w:lineRule="auto"/>
              <w:ind w:left="72" w:right="72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И.С.Тургенев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"Муму": история отношений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Герасима и Татьяны.</w:t>
            </w:r>
          </w:p>
          <w:p w:rsidR="00FD218A" w:rsidRPr="001F0DBF" w:rsidRDefault="002D0CA0">
            <w:pPr>
              <w:autoSpaceDE w:val="0"/>
              <w:autoSpaceDN w:val="0"/>
              <w:spacing w:before="68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Герасим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и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его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окружение</w:t>
            </w:r>
            <w:proofErr w:type="spellEnd"/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</w:tbl>
    <w:p w:rsidR="00FD218A" w:rsidRPr="001F0DBF" w:rsidRDefault="00FD218A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0"/>
          <w:szCs w:val="20"/>
        </w:rPr>
      </w:pPr>
    </w:p>
    <w:p w:rsidR="00FD218A" w:rsidRPr="001F0DBF" w:rsidRDefault="00FD218A">
      <w:pPr>
        <w:rPr>
          <w:rFonts w:ascii="Times New Roman" w:hAnsi="Times New Roman" w:cs="Times New Roman"/>
          <w:sz w:val="20"/>
          <w:szCs w:val="20"/>
        </w:rPr>
        <w:sectPr w:rsidR="00FD218A" w:rsidRPr="001F0DBF" w:rsidSect="00D24907">
          <w:pgSz w:w="11900" w:h="16840"/>
          <w:pgMar w:top="284" w:right="556" w:bottom="476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FD218A" w:rsidRPr="001F0DBF" w:rsidRDefault="00FD218A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70"/>
        <w:gridCol w:w="3154"/>
        <w:gridCol w:w="724"/>
        <w:gridCol w:w="1600"/>
        <w:gridCol w:w="1648"/>
        <w:gridCol w:w="1150"/>
        <w:gridCol w:w="1804"/>
      </w:tblGrid>
      <w:tr w:rsidR="00FD218A" w:rsidRPr="001F0DBF">
        <w:trPr>
          <w:trHeight w:hRule="exact" w:val="115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32.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71" w:lineRule="auto"/>
              <w:ind w:left="72" w:right="72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И.С.Тургенев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"Муму": Герасим и Муму.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Счастливый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год</w:t>
            </w:r>
            <w:proofErr w:type="spellEnd"/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15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33.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71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И.С.Тургенев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"Муму":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протест героя против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отношений барства и рабства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15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34.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71" w:lineRule="auto"/>
              <w:ind w:left="72" w:right="738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Урок-игра "Умники и Умницы" по рассказу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И.С.Тургенева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"Муму"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Практическая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работа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15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35.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71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Развитие речи. Сочинение "Что воспевает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И.С.Тургенев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в образе Герасима?"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Письменный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контроль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214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36.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81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Н.А.Некрасов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: жизнь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творчество. Мир детства в стихотворениях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Н.А.Некрасова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"Крестьянские дети",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"Школьник"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484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37.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/>
              <w:ind w:left="72"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Н.А.Некрасов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«Мороз,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Красный нос» (фрагмент): поэтический образ русской женщины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814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38.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81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Н.А.Некрасов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"Мороз,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Красный нос" (фрагмент): тяжёлая доля крестьянской женщины в России второй половины </w:t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XIX</w:t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века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482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39.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62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Л.Н.Толстой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: начало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литературной деятельности.</w:t>
            </w:r>
          </w:p>
          <w:p w:rsidR="00FD218A" w:rsidRPr="001F0DBF" w:rsidRDefault="002D0CA0">
            <w:pPr>
              <w:autoSpaceDE w:val="0"/>
              <w:autoSpaceDN w:val="0"/>
              <w:spacing w:before="68" w:after="0" w:line="262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"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Кавказский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пленник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" —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рассказ-быль</w:t>
            </w:r>
            <w:proofErr w:type="spellEnd"/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814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40.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81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Жилин и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Костылин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— два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разных характера, две разные судьбы (по рассказу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Л.Н.Толстого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"Кавказский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пленник")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212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41.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83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Жилин и татары. Жилин и Дина. Дружба разных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народов как естественный закон человеческой жизни (по рассказу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Л.Н.Толстого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"Кавказский пленник")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</w:tbl>
    <w:p w:rsidR="00FD218A" w:rsidRPr="001F0DBF" w:rsidRDefault="00FD218A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0"/>
          <w:szCs w:val="20"/>
        </w:rPr>
      </w:pPr>
    </w:p>
    <w:p w:rsidR="00FD218A" w:rsidRPr="001F0DBF" w:rsidRDefault="00FD218A">
      <w:pPr>
        <w:rPr>
          <w:rFonts w:ascii="Times New Roman" w:hAnsi="Times New Roman" w:cs="Times New Roman"/>
          <w:sz w:val="20"/>
          <w:szCs w:val="20"/>
        </w:rPr>
        <w:sectPr w:rsidR="00FD218A" w:rsidRPr="001F0DBF" w:rsidSect="00D24907">
          <w:pgSz w:w="11900" w:h="16840"/>
          <w:pgMar w:top="284" w:right="556" w:bottom="386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FD218A" w:rsidRPr="001F0DBF" w:rsidRDefault="00FD218A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70"/>
        <w:gridCol w:w="3154"/>
        <w:gridCol w:w="724"/>
        <w:gridCol w:w="1600"/>
        <w:gridCol w:w="1648"/>
        <w:gridCol w:w="1150"/>
        <w:gridCol w:w="1804"/>
      </w:tblGrid>
      <w:tr w:rsidR="00FD218A" w:rsidRPr="001F0DBF">
        <w:trPr>
          <w:trHeight w:hRule="exact" w:val="1482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42.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78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Л.Н.Толстой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"Кавказский пленник": сюжет,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композиция, идея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произведения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482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43.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/>
              <w:ind w:left="72" w:right="57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Интеллектуальная </w:t>
            </w:r>
            <w:proofErr w:type="spellStart"/>
            <w:proofErr w:type="gram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игра«</w:t>
            </w:r>
            <w:proofErr w:type="gram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Что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? Где? Когда?» по рассказу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Л.Н.Толстого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"Кавказский пленник"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Тестирование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814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44.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Внеклассное чтение.</w:t>
            </w:r>
          </w:p>
          <w:p w:rsidR="00FD218A" w:rsidRPr="001F0DBF" w:rsidRDefault="002D0CA0">
            <w:pPr>
              <w:autoSpaceDE w:val="0"/>
              <w:autoSpaceDN w:val="0"/>
              <w:spacing w:before="70" w:after="0"/>
              <w:ind w:left="72"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Сатирическая острота,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непримиримость к лести, осмеяние низости в баснях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Л.Н.Толстого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2148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45.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81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Ф.И.Тютчев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- певец родной природы. Образ лета в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стихотворении "Как весел грохот летних бурь", образ осени в стихотворении "Есть в осени первоначальной..."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380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46.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86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Пейзажная лирика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А.К.Толстого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А.А.Фета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. Художественные средства, передающие различные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состояния природы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человека в стихотворении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А.К.Толстого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"Где гнутся над омутом лозы"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стихотворении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А.А.Фета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"Задрожали листы,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облетая..."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378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47.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86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Богатство и разнообразие чувств и настроений в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пейзажной лирике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И.А.Бунина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А.А.Блока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,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С.А.Есенина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(на примере стихотворений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И.А.Бунина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"Помню - долгий зимний вечер",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А.А.Блока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"Летний вечер",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С.А.Есенина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"Мелколесье.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Степь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дали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...")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</w:tbl>
    <w:p w:rsidR="00FD218A" w:rsidRPr="001F0DBF" w:rsidRDefault="00FD218A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0"/>
          <w:szCs w:val="20"/>
        </w:rPr>
      </w:pPr>
    </w:p>
    <w:p w:rsidR="00FD218A" w:rsidRPr="001F0DBF" w:rsidRDefault="00FD218A">
      <w:pPr>
        <w:rPr>
          <w:rFonts w:ascii="Times New Roman" w:hAnsi="Times New Roman" w:cs="Times New Roman"/>
          <w:sz w:val="20"/>
          <w:szCs w:val="20"/>
        </w:rPr>
        <w:sectPr w:rsidR="00FD218A" w:rsidRPr="001F0DBF" w:rsidSect="00D24907">
          <w:pgSz w:w="11900" w:h="16840"/>
          <w:pgMar w:top="284" w:right="556" w:bottom="860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FD218A" w:rsidRPr="001F0DBF" w:rsidRDefault="00FD218A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70"/>
        <w:gridCol w:w="3154"/>
        <w:gridCol w:w="724"/>
        <w:gridCol w:w="1600"/>
        <w:gridCol w:w="1648"/>
        <w:gridCol w:w="1150"/>
        <w:gridCol w:w="1804"/>
      </w:tblGrid>
      <w:tr w:rsidR="00FD218A" w:rsidRPr="001F0DBF">
        <w:trPr>
          <w:trHeight w:hRule="exact" w:val="2478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48.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83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Человек и природа в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стихотворениях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Н.М.Рубцова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Ю.П.Кузнецова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(на примере стихотворений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Н.М.Рубцова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"Звезда полей",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Ю.П.Кузнецова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"Цветы")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62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Практическая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работа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15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49.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71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Развитие речи. Русские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поэты </w:t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XIX</w:t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-</w:t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XX</w:t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в. о Родине, родной природе и о себе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Письменный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контроль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482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50.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А.П.Чехов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: жизнь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творчество. Комическое в рассказе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А.П.Чехова</w:t>
            </w:r>
            <w:proofErr w:type="spellEnd"/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«Лошадиная фамилия»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482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51.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Юмористический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сатирический талант А.П.</w:t>
            </w:r>
          </w:p>
          <w:p w:rsidR="00FD218A" w:rsidRPr="001F0DBF" w:rsidRDefault="002D0CA0">
            <w:pPr>
              <w:autoSpaceDE w:val="0"/>
              <w:autoSpaceDN w:val="0"/>
              <w:spacing w:before="70" w:after="0" w:line="262" w:lineRule="auto"/>
              <w:ind w:left="72" w:right="115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Чехова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в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рассказе«Хирургия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»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Практическая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работа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484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52.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/>
              <w:ind w:left="72" w:right="714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М.М.Зощенко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: жизнь и творчество. Смешное в рассказе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М.М.Зощенко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"Галоша"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15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53.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71" w:lineRule="auto"/>
              <w:ind w:left="72" w:right="72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Смешное и грустное в рассказе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М.М.Зощенко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"Встреча"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682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54.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А.И.Куприн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: жизнь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творчество. Мир животных в рассказе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А.И.Куприна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"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Завирайка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"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2148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55.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81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М.М.Пришвин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: жизнь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творчество. Сказка-быль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М.М.Пришвина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"Кладовая солнца": нравственная суть взаимоотношений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Митраши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и Насти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13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56.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71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Образ природы в сказке-были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М.М.Пришвина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"Кладовая солнца"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</w:tbl>
    <w:p w:rsidR="00FD218A" w:rsidRPr="001F0DBF" w:rsidRDefault="00FD218A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0"/>
          <w:szCs w:val="20"/>
        </w:rPr>
      </w:pPr>
    </w:p>
    <w:p w:rsidR="00FD218A" w:rsidRPr="001F0DBF" w:rsidRDefault="00FD218A">
      <w:pPr>
        <w:rPr>
          <w:rFonts w:ascii="Times New Roman" w:hAnsi="Times New Roman" w:cs="Times New Roman"/>
          <w:sz w:val="20"/>
          <w:szCs w:val="20"/>
        </w:rPr>
        <w:sectPr w:rsidR="00FD218A" w:rsidRPr="001F0DBF" w:rsidSect="00D24907">
          <w:pgSz w:w="11900" w:h="16840"/>
          <w:pgMar w:top="284" w:right="556" w:bottom="1026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FD218A" w:rsidRPr="001F0DBF" w:rsidRDefault="00FD218A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70"/>
        <w:gridCol w:w="3154"/>
        <w:gridCol w:w="724"/>
        <w:gridCol w:w="1600"/>
        <w:gridCol w:w="1648"/>
        <w:gridCol w:w="1150"/>
        <w:gridCol w:w="1804"/>
      </w:tblGrid>
      <w:tr w:rsidR="00FD218A" w:rsidRPr="001F0DBF">
        <w:trPr>
          <w:trHeight w:hRule="exact" w:val="1814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57.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81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К.Г.Паустовский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: жизнь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творчество. Ответственность человека перед природой (по рассказу К.Г.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Паустовского«Заячьи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лапы»)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482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58.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А.П.Платонов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: жизнь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творчество. Сила любви в рассказе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А.П.Платонова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"Корова"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15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59.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71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Нравственные уроки в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рассказе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А.П. Платонова «Корова»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281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60.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86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Развитие речи. Сочинение "Каким должно быть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отношение людей к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животным?" (по рассказам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А.И.Куприна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,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М.М.Пришвина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,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К.Г.Паустовского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,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А.П.Платонова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)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Практическая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работа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81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61.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81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В.П.Астафьев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: жизнь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творчество. Человек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природа в рассказе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В.П.Астафьева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Васюткино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озеро"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15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62.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71" w:lineRule="auto"/>
              <w:ind w:left="72" w:right="57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Уроки выживания (по рассказу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В.П.Астафьева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Васюткино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озеро")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Практическая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работа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214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63.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81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Развитие речи. Сочинение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"Какие черты характера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Васютки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вызывают уважение и восхищение?" </w:t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(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по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рассказу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В.П.Астафьева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"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Васюткино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озеро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"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62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Письменный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контроль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814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64.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81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Ю.Я. Яковлев: жизнь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творчество. "Это не должно повториться!" (по рассказу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Ю.Я.Яковлева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"Девочки с Васильевского острова"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462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65.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78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В.П.Катаев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: жизнь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творчество. Ребёнок на войне (по повести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В.П.Катаева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"Сын полка")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</w:tbl>
    <w:p w:rsidR="00FD218A" w:rsidRPr="001F0DBF" w:rsidRDefault="00FD218A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0"/>
          <w:szCs w:val="20"/>
        </w:rPr>
      </w:pPr>
    </w:p>
    <w:p w:rsidR="00FD218A" w:rsidRPr="001F0DBF" w:rsidRDefault="00FD218A">
      <w:pPr>
        <w:rPr>
          <w:rFonts w:ascii="Times New Roman" w:hAnsi="Times New Roman" w:cs="Times New Roman"/>
          <w:sz w:val="20"/>
          <w:szCs w:val="20"/>
        </w:rPr>
        <w:sectPr w:rsidR="00FD218A" w:rsidRPr="001F0DBF" w:rsidSect="00D24907">
          <w:pgSz w:w="11900" w:h="16840"/>
          <w:pgMar w:top="284" w:right="556" w:bottom="298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FD218A" w:rsidRPr="001F0DBF" w:rsidRDefault="00FD218A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70"/>
        <w:gridCol w:w="3154"/>
        <w:gridCol w:w="724"/>
        <w:gridCol w:w="1600"/>
        <w:gridCol w:w="1648"/>
        <w:gridCol w:w="1150"/>
        <w:gridCol w:w="1804"/>
      </w:tblGrid>
      <w:tr w:rsidR="00FD218A" w:rsidRPr="001F0DBF">
        <w:trPr>
          <w:trHeight w:hRule="exact" w:val="115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66.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71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У войны не детское лицо (по повести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В.П.Катаева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"Сын полка")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814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67.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/>
              <w:ind w:left="72"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Внеклассное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чтение. Проблема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нравственного взросления героя в повести  В.</w:t>
            </w:r>
          </w:p>
          <w:p w:rsidR="00FD218A" w:rsidRPr="001F0DBF" w:rsidRDefault="002D0CA0">
            <w:pPr>
              <w:autoSpaceDE w:val="0"/>
              <w:autoSpaceDN w:val="0"/>
              <w:spacing w:before="70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Богомолова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«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Иван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»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214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68.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81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В.П.Крапивин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: жизнь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творчество. Урок мужества, доброты и настоящей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дружбы (по сказочной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повести В.П. Крапивина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«Дети Синего Фламинго») 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214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69.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81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А.А.Гиваргизов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: жизнь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творчество. Приемы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создания комического в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рассказах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А.Гиваргизова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(по рассказам "Педсовет",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"Памятник кошке")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862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70.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81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М.С.Аромштам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: жизнь и творчество. Два взгляда на мир в повести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М.С.Аромштам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"Когда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отдыхают ангелы"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Практическая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работа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482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71.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/>
              <w:ind w:left="72"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Развитие речи. Сочинение "Детство — это огромный край, откуда приходит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каждый"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Письменный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контроль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814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72.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81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К.Булычёв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: жизнь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творчество. Реальность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фантастика в повести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К.Булычёва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"Девочка, с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которой ничего не случится"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796"/>
        </w:trPr>
        <w:tc>
          <w:tcPr>
            <w:tcW w:w="57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73.</w:t>
            </w:r>
          </w:p>
        </w:tc>
        <w:tc>
          <w:tcPr>
            <w:tcW w:w="315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81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Тема любви к миру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приключениям в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фантастической повести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К.Булычёва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"Девочка, с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которой ничего не случится"</w:t>
            </w:r>
          </w:p>
        </w:tc>
        <w:tc>
          <w:tcPr>
            <w:tcW w:w="72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</w:tbl>
    <w:p w:rsidR="00FD218A" w:rsidRPr="001F0DBF" w:rsidRDefault="00FD218A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0"/>
          <w:szCs w:val="20"/>
        </w:rPr>
      </w:pPr>
    </w:p>
    <w:p w:rsidR="00FD218A" w:rsidRPr="001F0DBF" w:rsidRDefault="00FD218A">
      <w:pPr>
        <w:rPr>
          <w:rFonts w:ascii="Times New Roman" w:hAnsi="Times New Roman" w:cs="Times New Roman"/>
          <w:sz w:val="20"/>
          <w:szCs w:val="20"/>
        </w:rPr>
        <w:sectPr w:rsidR="00FD218A" w:rsidRPr="001F0DBF" w:rsidSect="00D24907">
          <w:pgSz w:w="11900" w:h="16840"/>
          <w:pgMar w:top="284" w:right="556" w:bottom="1014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FD218A" w:rsidRPr="001F0DBF" w:rsidRDefault="00FD218A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70"/>
        <w:gridCol w:w="3154"/>
        <w:gridCol w:w="724"/>
        <w:gridCol w:w="1600"/>
        <w:gridCol w:w="1648"/>
        <w:gridCol w:w="1150"/>
        <w:gridCol w:w="1804"/>
      </w:tblGrid>
      <w:tr w:rsidR="00FD218A" w:rsidRPr="001F0DBF">
        <w:trPr>
          <w:trHeight w:hRule="exact" w:val="1814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74.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81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Внеклассное чтение. Какой должна быть мечта? (по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рассказу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К.Булычёва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"В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продажу поступили золотые рыбки")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482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75.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Р.Г.Гамзатов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: жизнь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творчество. Любовь к Родине в стихотворении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Р.Гамзатова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"Песнь соловья"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15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76.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71" w:lineRule="auto"/>
              <w:ind w:left="72" w:righ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Развитие речи. Ритм и рифма.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Размеры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r w:rsidRPr="001F0DB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стихосложения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Письменный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контроль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81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77.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81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Х.К.Андерсен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: жизнь и творчество. Великая сила любви в сказке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Х.К.Андерсена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"Снежная королева"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15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78.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Что есть красота? (по сказке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Х.К.Андерсена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"Снежная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королева")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2394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79.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81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Л.Кэрролл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: жизнь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творчество. Бессмыслица как средство создания чудесных ситуаций в сказочной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повести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Л.Кэрролла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"Алиса в стране чудес"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482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80.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Логика абсурда или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бессмыслица со смыслом по повести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Л.Кэрролла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"Алиса в стране чудес"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214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81.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81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Р.Брэдбери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: жизнь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творчество. Что нужно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человеку для счастья? </w:t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(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по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рассказам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Р.Брэдбери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r w:rsidRPr="001F0DB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"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Каникулы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", "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Звук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бегущих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ног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"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794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82.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81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Р.Л.Стивенсон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: жизнь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творчество. В поисках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сокровищ (по произведениям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Р.Л.Стивенсона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"Остров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сокровищ", "Чёрная стрела")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Практическая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работа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</w:tbl>
    <w:p w:rsidR="00FD218A" w:rsidRPr="001F0DBF" w:rsidRDefault="00FD218A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0"/>
          <w:szCs w:val="20"/>
        </w:rPr>
      </w:pPr>
    </w:p>
    <w:p w:rsidR="00FD218A" w:rsidRPr="001F0DBF" w:rsidRDefault="00FD218A">
      <w:pPr>
        <w:rPr>
          <w:rFonts w:ascii="Times New Roman" w:hAnsi="Times New Roman" w:cs="Times New Roman"/>
          <w:sz w:val="20"/>
          <w:szCs w:val="20"/>
        </w:rPr>
        <w:sectPr w:rsidR="00FD218A" w:rsidRPr="001F0DBF" w:rsidSect="00D24907">
          <w:pgSz w:w="11900" w:h="16840"/>
          <w:pgMar w:top="284" w:right="556" w:bottom="504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FD218A" w:rsidRPr="001F0DBF" w:rsidRDefault="00FD218A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70"/>
        <w:gridCol w:w="3154"/>
        <w:gridCol w:w="724"/>
        <w:gridCol w:w="1600"/>
        <w:gridCol w:w="1648"/>
        <w:gridCol w:w="1150"/>
        <w:gridCol w:w="1804"/>
      </w:tblGrid>
      <w:tr w:rsidR="00FD218A" w:rsidRPr="001F0DBF">
        <w:trPr>
          <w:trHeight w:hRule="exact" w:val="1814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83.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81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Э.Сетон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-Томпсон: жизнь и творчество. Образы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животных и образы людей в рассказе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Э.Сетона-Томпсона«Королевская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аналостанка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»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814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84.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81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Дж.Даррелл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: жизнь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творчество.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Мифландия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мифические животные в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повести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Джеральда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Даррелла "Говорящий сверток"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214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85.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Внеклассное чтение.</w:t>
            </w:r>
          </w:p>
          <w:p w:rsidR="00FD218A" w:rsidRPr="001F0DBF" w:rsidRDefault="002D0CA0">
            <w:pPr>
              <w:autoSpaceDE w:val="0"/>
              <w:autoSpaceDN w:val="0"/>
              <w:spacing w:before="70" w:after="0" w:line="281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Дж.Р.Киплинг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: жизнь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творчество. Изображение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мира джунглей и его законов в сказке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Дж.Р.Киплинга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"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Маугли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"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818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86.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Контрольная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работа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82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87.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Итоговый контрольный тест за курс 5 класса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Тестирование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872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88.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81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В.М.Гаршин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: жизнь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творчество. Героическое и обыденное в сказке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В.М.Гаршина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Attalea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Princeps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"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15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89.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71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Соцветие мудростей в сказке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В.М.Гаршина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Attalea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Princeps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"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484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90.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М.Твен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: жизнь и творчество. Неповторимый мир детства в романе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М.Твена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"Приключения Тома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Сойера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"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15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91.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71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Тема воспитания ребёнка в обществе в романе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М.Твена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"Приключения Тома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Сойера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"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212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92.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81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Дж.Р.Р.Толкин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: жизнь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творчество. Отличительные черты жанра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фэнтези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в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повести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Дж.Р.Р.Толкина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"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Хоббит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, или Туда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обратно"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</w:tbl>
    <w:p w:rsidR="00FD218A" w:rsidRPr="001F0DBF" w:rsidRDefault="00FD218A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0"/>
          <w:szCs w:val="20"/>
        </w:rPr>
      </w:pPr>
    </w:p>
    <w:p w:rsidR="00FD218A" w:rsidRPr="001F0DBF" w:rsidRDefault="00FD218A">
      <w:pPr>
        <w:rPr>
          <w:rFonts w:ascii="Times New Roman" w:hAnsi="Times New Roman" w:cs="Times New Roman"/>
          <w:sz w:val="20"/>
          <w:szCs w:val="20"/>
        </w:rPr>
        <w:sectPr w:rsidR="00FD218A" w:rsidRPr="001F0DBF" w:rsidSect="00D24907">
          <w:pgSz w:w="11900" w:h="16840"/>
          <w:pgMar w:top="284" w:right="556" w:bottom="522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FD218A" w:rsidRPr="001F0DBF" w:rsidRDefault="00FD218A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70"/>
        <w:gridCol w:w="3154"/>
        <w:gridCol w:w="724"/>
        <w:gridCol w:w="1600"/>
        <w:gridCol w:w="1648"/>
        <w:gridCol w:w="1150"/>
        <w:gridCol w:w="1804"/>
      </w:tblGrid>
      <w:tr w:rsidR="00FD218A" w:rsidRPr="001F0DBF">
        <w:trPr>
          <w:trHeight w:hRule="exact" w:val="1814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93.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81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"Путешествие с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Бильбо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Бэггинсом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" (по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фантастической повести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Дж.Р.Р.Толкина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«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Хоббит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, или Туда и обратно»)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814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94.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81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Джек Лондон: жизнь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творчество. Что значит быть взрослым? (по произведению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Дж.Лондона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"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Сказание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о </w:t>
            </w:r>
            <w:r w:rsidRPr="001F0DB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Кише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")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15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95.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71" w:lineRule="auto"/>
              <w:ind w:left="72" w:right="57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Драматизм и оптимизм "Сказания о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Кише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"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Дж.Лондона</w:t>
            </w:r>
            <w:proofErr w:type="spellEnd"/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15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96.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Мир глазами животных (по повести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Дж.Лондона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"Белый Клык")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484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97.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Повесть о победе любви над "царством ненависти" (по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повести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Дж.Лондона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"Белый Клык")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648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98.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О.Уайльд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: жизнь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творчество. Любовь и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самопожертвование в сказке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О.Уайльда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"Соловей и роза"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482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99.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Д.Дефо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: жизнь и творчество. Необычайные приключения героя романа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Д.Дефо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"Робинзон Крузо"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15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100. 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71" w:lineRule="auto"/>
              <w:ind w:left="156" w:right="288" w:hanging="15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Д.Дефо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"Робинзон Крузо"-произведение о силе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человеческого духа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482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101. 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78" w:lineRule="auto"/>
              <w:ind w:left="156" w:right="144" w:hanging="15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Путешествие по страницам прочитанных произведений отечественной литературы (урок-игра)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1482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102. 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78" w:lineRule="auto"/>
              <w:ind w:left="156" w:right="144" w:hanging="15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 xml:space="preserve"> Путешествие по страницам прочитанных произведений зарубежной литературы </w:t>
            </w:r>
            <w:r w:rsidRPr="001F0D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(урок-игра)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FD2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Устный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  <w:proofErr w:type="spellStart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опрос</w:t>
            </w:r>
            <w:proofErr w:type="spellEnd"/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;</w:t>
            </w:r>
          </w:p>
        </w:tc>
      </w:tr>
      <w:tr w:rsidR="00FD218A" w:rsidRPr="001F0DBF">
        <w:trPr>
          <w:trHeight w:hRule="exact" w:val="798"/>
        </w:trPr>
        <w:tc>
          <w:tcPr>
            <w:tcW w:w="3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102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8</w:t>
            </w:r>
          </w:p>
        </w:tc>
        <w:tc>
          <w:tcPr>
            <w:tcW w:w="46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D218A" w:rsidRPr="001F0DBF" w:rsidRDefault="002D0CA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1F0DBF">
              <w:rPr>
                <w:rFonts w:ascii="Times New Roman" w:eastAsia="Times New Roman" w:hAnsi="Times New Roman" w:cs="Times New Roman"/>
                <w:color w:val="000000"/>
                <w:w w:val="98"/>
                <w:sz w:val="20"/>
                <w:szCs w:val="20"/>
              </w:rPr>
              <w:t>9</w:t>
            </w:r>
          </w:p>
        </w:tc>
      </w:tr>
    </w:tbl>
    <w:p w:rsidR="00FD218A" w:rsidRPr="001F0DBF" w:rsidRDefault="00FD218A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0"/>
          <w:szCs w:val="20"/>
        </w:rPr>
      </w:pPr>
    </w:p>
    <w:p w:rsidR="00FD218A" w:rsidRPr="001F0DBF" w:rsidRDefault="00FD218A">
      <w:pPr>
        <w:rPr>
          <w:rFonts w:ascii="Times New Roman" w:hAnsi="Times New Roman" w:cs="Times New Roman"/>
          <w:sz w:val="20"/>
          <w:szCs w:val="20"/>
        </w:rPr>
        <w:sectPr w:rsidR="00FD218A" w:rsidRPr="001F0DBF" w:rsidSect="00D24907">
          <w:pgSz w:w="11900" w:h="16840"/>
          <w:pgMar w:top="284" w:right="556" w:bottom="392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FD218A" w:rsidRPr="001F0DBF" w:rsidRDefault="00FD218A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0"/>
          <w:szCs w:val="20"/>
        </w:rPr>
      </w:pPr>
    </w:p>
    <w:p w:rsidR="00FD218A" w:rsidRPr="001F0DBF" w:rsidRDefault="002D0CA0">
      <w:pPr>
        <w:autoSpaceDE w:val="0"/>
        <w:autoSpaceDN w:val="0"/>
        <w:spacing w:after="0" w:line="230" w:lineRule="auto"/>
        <w:rPr>
          <w:rFonts w:ascii="Times New Roman" w:hAnsi="Times New Roman" w:cs="Times New Roman"/>
          <w:sz w:val="20"/>
          <w:szCs w:val="20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УЧЕБНО-МЕТОДИЧЕСКОЕ ОБЕСПЕЧЕНИЕ ОБРАЗОВАТЕЛЬНОГО ПРОЦЕССА </w:t>
      </w:r>
    </w:p>
    <w:p w:rsidR="00FD218A" w:rsidRPr="001F0DBF" w:rsidRDefault="002D0CA0">
      <w:pPr>
        <w:autoSpaceDE w:val="0"/>
        <w:autoSpaceDN w:val="0"/>
        <w:spacing w:before="346" w:after="0" w:line="230" w:lineRule="auto"/>
        <w:rPr>
          <w:rFonts w:ascii="Times New Roman" w:hAnsi="Times New Roman" w:cs="Times New Roman"/>
          <w:sz w:val="20"/>
          <w:szCs w:val="20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ОБЯЗАТЕЛЬНЫЕ УЧЕБНЫЕ МАТЕРИАЛЫ ДЛЯ УЧЕНИКА</w:t>
      </w:r>
    </w:p>
    <w:p w:rsidR="00FD218A" w:rsidRPr="001F0DBF" w:rsidRDefault="002D0CA0">
      <w:pPr>
        <w:autoSpaceDE w:val="0"/>
        <w:autoSpaceDN w:val="0"/>
        <w:spacing w:before="166" w:after="0" w:line="271" w:lineRule="auto"/>
        <w:ind w:right="432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Литература (в 2 частях), 5 класс /Коровина В.Я., Журавлев В.П., Коровин В.И., АО «</w:t>
      </w:r>
      <w:proofErr w:type="spellStart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Издательство«Просвещение</w:t>
      </w:r>
      <w:proofErr w:type="spellEnd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»; </w:t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br/>
      </w:r>
    </w:p>
    <w:p w:rsidR="00FD218A" w:rsidRPr="001F0DBF" w:rsidRDefault="002D0CA0">
      <w:pPr>
        <w:autoSpaceDE w:val="0"/>
        <w:autoSpaceDN w:val="0"/>
        <w:spacing w:before="262" w:after="0" w:line="23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МЕТОДИЧЕСКИЕ МАТЕРИАЛЫ ДЛЯ УЧИТЕЛЯ</w:t>
      </w:r>
    </w:p>
    <w:p w:rsidR="00FD218A" w:rsidRPr="001F0DBF" w:rsidRDefault="002D0CA0">
      <w:pPr>
        <w:autoSpaceDE w:val="0"/>
        <w:autoSpaceDN w:val="0"/>
        <w:spacing w:before="166" w:after="0" w:line="262" w:lineRule="auto"/>
        <w:ind w:right="2016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1. Коровина В.Я., Журавлев В.П., Коровин В.И. Литература. 5 класс: Учебник для общеобразовательных учреждений. В 2ч. М.: Просвещение, 2019. </w:t>
      </w:r>
    </w:p>
    <w:p w:rsidR="00FD218A" w:rsidRPr="001F0DBF" w:rsidRDefault="002D0CA0">
      <w:pPr>
        <w:autoSpaceDE w:val="0"/>
        <w:autoSpaceDN w:val="0"/>
        <w:spacing w:before="72" w:after="0" w:line="23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2. Еремина О.А, Уроки литературы в 5 классе: Книга для учителя. М.: Просвещение, 2008. </w:t>
      </w:r>
    </w:p>
    <w:p w:rsidR="00FD218A" w:rsidRPr="001F0DBF" w:rsidRDefault="002D0CA0">
      <w:pPr>
        <w:autoSpaceDE w:val="0"/>
        <w:autoSpaceDN w:val="0"/>
        <w:spacing w:before="72" w:after="0" w:line="262" w:lineRule="auto"/>
        <w:ind w:right="432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3. Егорова Н.В. Универсальные поурочные разработки по литературе 5 класс. – М.: ВАКО, 2011. –416 с. – (в помощь школьному учителю). </w:t>
      </w:r>
    </w:p>
    <w:p w:rsidR="00FD218A" w:rsidRPr="001F0DBF" w:rsidRDefault="002D0CA0">
      <w:pPr>
        <w:autoSpaceDE w:val="0"/>
        <w:autoSpaceDN w:val="0"/>
        <w:spacing w:before="70" w:after="0" w:line="262" w:lineRule="auto"/>
        <w:ind w:right="144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4. Золотарева И.В., Егорова Н.В. Универсальные поурочные разработки по литературе. 5 класс. – 3-е изд., </w:t>
      </w:r>
      <w:proofErr w:type="spellStart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перераб</w:t>
      </w:r>
      <w:proofErr w:type="spellEnd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, и доп. - М: ВАКО, 2007. </w:t>
      </w:r>
    </w:p>
    <w:p w:rsidR="00FD218A" w:rsidRPr="001F0DBF" w:rsidRDefault="002D0CA0">
      <w:pPr>
        <w:autoSpaceDE w:val="0"/>
        <w:autoSpaceDN w:val="0"/>
        <w:spacing w:before="70" w:after="0" w:line="262" w:lineRule="auto"/>
        <w:ind w:right="144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5. Коровина В.Я. и др. Читаем, думаем, спорим ...: Дидактический материал по литературе: 5 класс / В.Я. Коровина, В.П. Журавлев, В.И. Коровин. – 7-е изд. – М.: Просвещение, 2011. </w:t>
      </w:r>
    </w:p>
    <w:p w:rsidR="00FD218A" w:rsidRPr="001F0DBF" w:rsidRDefault="002D0CA0">
      <w:pPr>
        <w:autoSpaceDE w:val="0"/>
        <w:autoSpaceDN w:val="0"/>
        <w:spacing w:before="70" w:after="0" w:line="262" w:lineRule="auto"/>
        <w:ind w:right="288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6. Контрольно-измерительные материалы. Литература: 5 класс / Сост. Л.В. Антонова. – М.: ВАКО, 2011. – 96 с. – (Контрольно-измерительные материалы)</w:t>
      </w:r>
    </w:p>
    <w:p w:rsidR="00FD218A" w:rsidRPr="001F0DBF" w:rsidRDefault="002D0CA0">
      <w:pPr>
        <w:autoSpaceDE w:val="0"/>
        <w:autoSpaceDN w:val="0"/>
        <w:spacing w:before="262" w:after="0" w:line="23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ЦИФРОВЫЕ ОБРАЗОВАТЕЛЬНЫЕ РЕСУРСЫ И РЕСУРСЫ СЕТИ ИНТЕРНЕТ</w:t>
      </w:r>
    </w:p>
    <w:p w:rsidR="00FD218A" w:rsidRPr="001F0DBF" w:rsidRDefault="002D0CA0">
      <w:pPr>
        <w:autoSpaceDE w:val="0"/>
        <w:autoSpaceDN w:val="0"/>
        <w:spacing w:before="166" w:after="0" w:line="230" w:lineRule="auto"/>
        <w:rPr>
          <w:rFonts w:ascii="Times New Roman" w:hAnsi="Times New Roman" w:cs="Times New Roman"/>
          <w:sz w:val="20"/>
          <w:szCs w:val="20"/>
          <w:lang w:val="ru-RU"/>
        </w:rPr>
      </w:pPr>
      <w:proofErr w:type="spellStart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ЯКласс</w:t>
      </w:r>
      <w:proofErr w:type="spellEnd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, РЭШ, </w:t>
      </w:r>
      <w:proofErr w:type="spellStart"/>
      <w:r w:rsidRPr="001F0D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Скайсмарт</w:t>
      </w:r>
      <w:proofErr w:type="spellEnd"/>
    </w:p>
    <w:p w:rsidR="00FD218A" w:rsidRPr="001F0DBF" w:rsidRDefault="00FD218A">
      <w:pPr>
        <w:rPr>
          <w:rFonts w:ascii="Times New Roman" w:hAnsi="Times New Roman" w:cs="Times New Roman"/>
          <w:sz w:val="20"/>
          <w:szCs w:val="20"/>
          <w:lang w:val="ru-RU"/>
        </w:rPr>
        <w:sectPr w:rsidR="00FD218A" w:rsidRPr="001F0DBF" w:rsidSect="00D24907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FD218A" w:rsidRPr="001F0DBF" w:rsidRDefault="00FD218A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FD218A" w:rsidRPr="001F0DBF" w:rsidRDefault="002D0CA0">
      <w:pPr>
        <w:autoSpaceDE w:val="0"/>
        <w:autoSpaceDN w:val="0"/>
        <w:spacing w:after="0" w:line="408" w:lineRule="auto"/>
        <w:ind w:right="432"/>
        <w:rPr>
          <w:rFonts w:ascii="Times New Roman" w:hAnsi="Times New Roman" w:cs="Times New Roman"/>
          <w:sz w:val="20"/>
          <w:szCs w:val="20"/>
          <w:lang w:val="ru-RU"/>
        </w:rPr>
      </w:pPr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1F0DBF">
        <w:rPr>
          <w:rFonts w:ascii="Times New Roman" w:hAnsi="Times New Roman" w:cs="Times New Roman"/>
          <w:sz w:val="20"/>
          <w:szCs w:val="20"/>
          <w:lang w:val="ru-RU"/>
        </w:rPr>
        <w:br/>
      </w:r>
      <w:proofErr w:type="spellStart"/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ОБОРУДОВАНИЕ</w:t>
      </w:r>
      <w:proofErr w:type="spellEnd"/>
      <w:r w:rsidRPr="001F0DB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 xml:space="preserve"> ДЛЯ ПРОВЕДЕНИЯ ПРАКТИЧЕСКИХ РАБОТ</w:t>
      </w:r>
    </w:p>
    <w:p w:rsidR="00FD218A" w:rsidRPr="001F0DBF" w:rsidRDefault="00FD218A">
      <w:pPr>
        <w:rPr>
          <w:rFonts w:ascii="Times New Roman" w:hAnsi="Times New Roman" w:cs="Times New Roman"/>
          <w:sz w:val="20"/>
          <w:szCs w:val="20"/>
          <w:lang w:val="ru-RU"/>
        </w:rPr>
        <w:sectPr w:rsidR="00FD218A" w:rsidRPr="001F0DBF" w:rsidSect="00D24907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E568C" w:rsidRPr="001F0DBF" w:rsidRDefault="00BE568C">
      <w:pPr>
        <w:rPr>
          <w:rFonts w:ascii="Times New Roman" w:hAnsi="Times New Roman" w:cs="Times New Roman"/>
          <w:sz w:val="20"/>
          <w:szCs w:val="20"/>
          <w:lang w:val="ru-RU"/>
        </w:rPr>
      </w:pPr>
    </w:p>
    <w:sectPr w:rsidR="00BE568C" w:rsidRPr="001F0DBF" w:rsidSect="00D24907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6063C"/>
    <w:rsid w:val="00134851"/>
    <w:rsid w:val="0015074B"/>
    <w:rsid w:val="001F0DBF"/>
    <w:rsid w:val="0029639D"/>
    <w:rsid w:val="002D0CA0"/>
    <w:rsid w:val="002E1053"/>
    <w:rsid w:val="00326F90"/>
    <w:rsid w:val="003839A0"/>
    <w:rsid w:val="007D3E84"/>
    <w:rsid w:val="00AA1D8D"/>
    <w:rsid w:val="00B47730"/>
    <w:rsid w:val="00BE568C"/>
    <w:rsid w:val="00CB0664"/>
    <w:rsid w:val="00D24907"/>
    <w:rsid w:val="00FC693F"/>
    <w:rsid w:val="00FD2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A7AA0C"/>
  <w14:defaultImageDpi w14:val="300"/>
  <w15:docId w15:val="{3D6D3658-E9FE-453E-9401-9120CAEA3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895117-AAE3-4EAC-9A1B-2A8A314F7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40</Pages>
  <Words>9530</Words>
  <Characters>54324</Characters>
  <Application>Microsoft Office Word</Application>
  <DocSecurity>0</DocSecurity>
  <Lines>452</Lines>
  <Paragraphs>127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63727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Admin</cp:lastModifiedBy>
  <cp:revision>4</cp:revision>
  <dcterms:created xsi:type="dcterms:W3CDTF">2022-09-13T12:58:00Z</dcterms:created>
  <dcterms:modified xsi:type="dcterms:W3CDTF">2022-09-27T13:20:00Z</dcterms:modified>
  <cp:category/>
</cp:coreProperties>
</file>